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56"/>
        <w:gridCol w:w="7272"/>
        <w:gridCol w:w="1656"/>
      </w:tblGrid>
      <w:tr w:rsidR="00F4444D" w:rsidRPr="00AA72B8" w14:paraId="69BDB4DF" w14:textId="77777777">
        <w:trPr>
          <w:jc w:val="center"/>
        </w:trPr>
        <w:tc>
          <w:tcPr>
            <w:tcW w:w="165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A4AC4D" w14:textId="77777777" w:rsidR="00F4444D" w:rsidRPr="00AA72B8" w:rsidRDefault="00000000">
            <w:pPr>
              <w:jc w:val="center"/>
            </w:pPr>
            <w:r w:rsidRPr="00AA72B8">
              <w:drawing>
                <wp:inline distT="0" distB="0" distL="0" distR="0" wp14:anchorId="04CC1AAE" wp14:editId="25282E33">
                  <wp:extent cx="685800" cy="103424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(18)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1034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72FBC2" w14:textId="77777777" w:rsidR="00F4444D" w:rsidRPr="00AA72B8" w:rsidRDefault="00000000">
            <w:pPr>
              <w:spacing w:after="20" w:line="240" w:lineRule="auto"/>
              <w:jc w:val="center"/>
            </w:pPr>
            <w:r w:rsidRPr="00AA72B8">
              <w:rPr>
                <w:b/>
                <w:color w:val="0B2E64"/>
                <w:sz w:val="30"/>
              </w:rPr>
              <w:t>LOPERENA INTEGRA Y EMPRENDE</w:t>
            </w:r>
          </w:p>
          <w:p w14:paraId="4C312FFF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b/>
                <w:color w:val="178A45"/>
                <w:sz w:val="24"/>
              </w:rPr>
              <w:t>FICHA DE INSCRIPCIÓN DE EQUIPOS</w:t>
            </w:r>
          </w:p>
          <w:p w14:paraId="160B207B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i/>
                <w:color w:val="163A73"/>
                <w:sz w:val="17"/>
              </w:rPr>
              <w:t>Feria Escolar de Saberes, Innovación y Emprendimiento</w:t>
            </w:r>
          </w:p>
        </w:tc>
        <w:tc>
          <w:tcPr>
            <w:tcW w:w="165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E9D62A" w14:textId="77777777" w:rsidR="00F4444D" w:rsidRPr="00AA72B8" w:rsidRDefault="00000000">
            <w:pPr>
              <w:spacing w:after="40" w:line="240" w:lineRule="auto"/>
              <w:jc w:val="right"/>
            </w:pPr>
            <w:r w:rsidRPr="00AA72B8">
              <w:rPr>
                <w:b/>
                <w:color w:val="0B2E64"/>
                <w:sz w:val="15"/>
              </w:rPr>
              <w:t>Feria: 3 y 4 de septiembre</w:t>
            </w:r>
          </w:p>
          <w:p w14:paraId="7CC9EE08" w14:textId="77777777" w:rsidR="00F4444D" w:rsidRPr="00AA72B8" w:rsidRDefault="00000000">
            <w:pPr>
              <w:spacing w:after="0" w:line="240" w:lineRule="auto"/>
              <w:jc w:val="right"/>
            </w:pPr>
            <w:r w:rsidRPr="00AA72B8">
              <w:rPr>
                <w:color w:val="1F2937"/>
                <w:sz w:val="15"/>
              </w:rPr>
              <w:t>N.º de inscripción: ______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84"/>
      </w:tblGrid>
      <w:tr w:rsidR="00F4444D" w:rsidRPr="00AA72B8" w14:paraId="3AAAF0B1" w14:textId="77777777">
        <w:trPr>
          <w:jc w:val="center"/>
        </w:trPr>
        <w:tc>
          <w:tcPr>
            <w:tcW w:w="10858" w:type="dxa"/>
            <w:tcBorders>
              <w:top w:val="single" w:sz="6" w:space="0" w:color="E5A700"/>
              <w:left w:val="single" w:sz="6" w:space="0" w:color="E5A700"/>
              <w:bottom w:val="single" w:sz="6" w:space="0" w:color="E5A700"/>
              <w:right w:val="single" w:sz="6" w:space="0" w:color="E5A700"/>
            </w:tcBorders>
            <w:shd w:val="clear" w:color="auto" w:fill="FFF4CE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2DD0B48A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b/>
                <w:color w:val="0B2E64"/>
                <w:sz w:val="17"/>
              </w:rPr>
              <w:t xml:space="preserve">Instrucciones: </w:t>
            </w:r>
            <w:r w:rsidRPr="00AA72B8">
              <w:rPr>
                <w:color w:val="1F2937"/>
                <w:sz w:val="17"/>
              </w:rPr>
              <w:t>completen la ficha con letra clara y respuestas breves. Todos los integrantes deben conocer la información consignada. Si requieren más espacio, anexen una hoja.</w:t>
            </w:r>
          </w:p>
        </w:tc>
      </w:tr>
    </w:tbl>
    <w:p w14:paraId="4AE098FB" w14:textId="77777777" w:rsidR="00F4444D" w:rsidRPr="00AA72B8" w:rsidRDefault="00F4444D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58"/>
      </w:tblGrid>
      <w:tr w:rsidR="00F4444D" w:rsidRPr="00AA72B8" w14:paraId="7DE11C3C" w14:textId="77777777">
        <w:trPr>
          <w:jc w:val="center"/>
        </w:trPr>
        <w:tc>
          <w:tcPr>
            <w:tcW w:w="10858" w:type="dxa"/>
            <w:tcBorders>
              <w:top w:val="single" w:sz="4" w:space="0" w:color="163A73"/>
              <w:left w:val="single" w:sz="4" w:space="0" w:color="163A73"/>
              <w:bottom w:val="single" w:sz="4" w:space="0" w:color="163A73"/>
              <w:right w:val="single" w:sz="4" w:space="0" w:color="163A73"/>
            </w:tcBorders>
            <w:shd w:val="clear" w:color="auto" w:fill="163A73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559B77E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b/>
                <w:color w:val="FFFFFF"/>
                <w:sz w:val="22"/>
              </w:rPr>
              <w:t>1. DATOS GENERALES DEL EQUIPO Y DEL PROYECTO</w:t>
            </w:r>
          </w:p>
        </w:tc>
      </w:tr>
    </w:tbl>
    <w:p w14:paraId="4005243B" w14:textId="77777777" w:rsidR="00F4444D" w:rsidRPr="00AA72B8" w:rsidRDefault="00F4444D">
      <w:pPr>
        <w:spacing w:after="0"/>
      </w:pPr>
    </w:p>
    <w:tbl>
      <w:tblPr>
        <w:tblW w:w="11150" w:type="dxa"/>
        <w:jc w:val="center"/>
        <w:tblLayout w:type="fixed"/>
        <w:tblLook w:val="04A0" w:firstRow="1" w:lastRow="0" w:firstColumn="1" w:lastColumn="0" w:noHBand="0" w:noVBand="1"/>
      </w:tblPr>
      <w:tblGrid>
        <w:gridCol w:w="2088"/>
        <w:gridCol w:w="3384"/>
        <w:gridCol w:w="1800"/>
        <w:gridCol w:w="3586"/>
        <w:gridCol w:w="292"/>
      </w:tblGrid>
      <w:tr w:rsidR="00F4444D" w:rsidRPr="00AA72B8" w14:paraId="3F7B65F2" w14:textId="77777777" w:rsidTr="00AA72B8">
        <w:trPr>
          <w:jc w:val="center"/>
        </w:trPr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2F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4BBDC8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Fecha de inscripción:</w:t>
            </w:r>
          </w:p>
        </w:tc>
        <w:tc>
          <w:tcPr>
            <w:tcW w:w="338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BC6D09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________________________</w:t>
            </w:r>
          </w:p>
        </w:tc>
        <w:tc>
          <w:tcPr>
            <w:tcW w:w="1800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2F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AFC1C5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Grado y curso:</w:t>
            </w:r>
          </w:p>
        </w:tc>
        <w:tc>
          <w:tcPr>
            <w:tcW w:w="3878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0A971B1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________________________</w:t>
            </w:r>
          </w:p>
        </w:tc>
      </w:tr>
      <w:tr w:rsidR="00F4444D" w:rsidRPr="00AA72B8" w14:paraId="612BC234" w14:textId="77777777" w:rsidTr="00AA72B8">
        <w:trPr>
          <w:jc w:val="center"/>
        </w:trPr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2F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02DC29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Categoría:</w:t>
            </w:r>
          </w:p>
        </w:tc>
        <w:tc>
          <w:tcPr>
            <w:tcW w:w="338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C51CA4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☐ Uno: 6.º, 8.º y 10.º   ☐ Dos: 7.º, 9.º y 11.º</w:t>
            </w:r>
          </w:p>
        </w:tc>
        <w:tc>
          <w:tcPr>
            <w:tcW w:w="1800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2F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E869E9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Jornada:</w:t>
            </w:r>
          </w:p>
        </w:tc>
        <w:tc>
          <w:tcPr>
            <w:tcW w:w="3878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340189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☐ Mañana   ☐ Tarde</w:t>
            </w:r>
          </w:p>
        </w:tc>
      </w:tr>
      <w:tr w:rsidR="00AA72B8" w:rsidRPr="00AA72B8" w14:paraId="300A8703" w14:textId="77777777" w:rsidTr="002977FF">
        <w:trPr>
          <w:jc w:val="center"/>
        </w:trPr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2F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6C63222" w14:textId="77777777" w:rsidR="00AA72B8" w:rsidRPr="00AA72B8" w:rsidRDefault="00AA72B8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Nombre del equipo:</w:t>
            </w:r>
          </w:p>
        </w:tc>
        <w:tc>
          <w:tcPr>
            <w:tcW w:w="9062" w:type="dxa"/>
            <w:gridSpan w:val="4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6411C6" w14:textId="2FFCBB56" w:rsidR="00AA72B8" w:rsidRPr="00AA72B8" w:rsidRDefault="00AA72B8" w:rsidP="00AA72B8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________________________________________________________________</w:t>
            </w:r>
          </w:p>
        </w:tc>
      </w:tr>
      <w:tr w:rsidR="00F4444D" w:rsidRPr="00AA72B8" w14:paraId="10298007" w14:textId="77777777" w:rsidTr="00AA72B8">
        <w:trPr>
          <w:jc w:val="center"/>
        </w:trPr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2F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EA4CC4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Nombre del emprendimiento:</w:t>
            </w:r>
          </w:p>
        </w:tc>
        <w:tc>
          <w:tcPr>
            <w:tcW w:w="338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8FCA68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________________________________________</w:t>
            </w:r>
          </w:p>
        </w:tc>
        <w:tc>
          <w:tcPr>
            <w:tcW w:w="1800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2F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54AB09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Eslogan:</w:t>
            </w:r>
          </w:p>
        </w:tc>
        <w:tc>
          <w:tcPr>
            <w:tcW w:w="3878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323509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________________________</w:t>
            </w:r>
          </w:p>
        </w:tc>
      </w:tr>
      <w:tr w:rsidR="00F4444D" w:rsidRPr="00AA72B8" w14:paraId="438C910D" w14:textId="77777777" w:rsidTr="00AA72B8">
        <w:trPr>
          <w:jc w:val="center"/>
        </w:trPr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2F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213348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Contacto del equipo:</w:t>
            </w:r>
          </w:p>
        </w:tc>
        <w:tc>
          <w:tcPr>
            <w:tcW w:w="338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BB92779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Tel./correo: ____________________________</w:t>
            </w:r>
          </w:p>
        </w:tc>
        <w:tc>
          <w:tcPr>
            <w:tcW w:w="1800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2F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2C3064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Número de integrantes:</w:t>
            </w:r>
          </w:p>
        </w:tc>
        <w:tc>
          <w:tcPr>
            <w:tcW w:w="3878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49213A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________</w:t>
            </w:r>
          </w:p>
        </w:tc>
      </w:tr>
      <w:tr w:rsidR="00AA72B8" w:rsidRPr="00AA72B8" w14:paraId="27D13E99" w14:textId="77777777" w:rsidTr="00AA72B8">
        <w:trPr>
          <w:jc w:val="center"/>
        </w:trPr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2F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A5778B" w14:textId="77777777" w:rsidR="00AA72B8" w:rsidRPr="00AA72B8" w:rsidRDefault="00AA72B8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Tipo de emprendimiento:</w:t>
            </w:r>
          </w:p>
        </w:tc>
        <w:tc>
          <w:tcPr>
            <w:tcW w:w="9062" w:type="dxa"/>
            <w:gridSpan w:val="4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304BCF1" w14:textId="770B991D" w:rsidR="00AA72B8" w:rsidRPr="00AA72B8" w:rsidRDefault="00AA72B8" w:rsidP="00AA72B8">
            <w:pPr>
              <w:spacing w:after="0" w:line="240" w:lineRule="auto"/>
            </w:pPr>
            <w:r w:rsidRPr="00AA72B8">
              <w:rPr>
                <w:rFonts w:ascii="Segoe UI Symbol" w:hAnsi="Segoe UI Symbol" w:cs="Segoe UI Symbol"/>
                <w:color w:val="1F2937"/>
                <w:sz w:val="16"/>
              </w:rPr>
              <w:t>☐</w:t>
            </w:r>
            <w:r w:rsidRPr="00AA72B8">
              <w:rPr>
                <w:color w:val="1F2937"/>
                <w:sz w:val="16"/>
              </w:rPr>
              <w:t xml:space="preserve"> Productivo      </w:t>
            </w:r>
            <w:r w:rsidRPr="00AA72B8">
              <w:rPr>
                <w:rFonts w:ascii="Segoe UI Symbol" w:hAnsi="Segoe UI Symbol" w:cs="Segoe UI Symbol"/>
                <w:color w:val="1F2937"/>
                <w:sz w:val="16"/>
              </w:rPr>
              <w:t>☐</w:t>
            </w:r>
            <w:r w:rsidRPr="00AA72B8">
              <w:rPr>
                <w:color w:val="1F2937"/>
                <w:sz w:val="16"/>
              </w:rPr>
              <w:t xml:space="preserve"> Tecnol</w:t>
            </w:r>
            <w:r w:rsidRPr="00AA72B8">
              <w:rPr>
                <w:rFonts w:cs="Arial"/>
                <w:color w:val="1F2937"/>
                <w:sz w:val="16"/>
              </w:rPr>
              <w:t>ó</w:t>
            </w:r>
            <w:r w:rsidRPr="00AA72B8">
              <w:rPr>
                <w:color w:val="1F2937"/>
                <w:sz w:val="16"/>
              </w:rPr>
              <w:t xml:space="preserve">gico       </w:t>
            </w:r>
            <w:r w:rsidRPr="00AA72B8">
              <w:rPr>
                <w:rFonts w:ascii="Segoe UI Symbol" w:hAnsi="Segoe UI Symbol" w:cs="Segoe UI Symbol"/>
                <w:color w:val="1F2937"/>
                <w:sz w:val="16"/>
              </w:rPr>
              <w:t>☐</w:t>
            </w:r>
            <w:r w:rsidRPr="00AA72B8">
              <w:rPr>
                <w:color w:val="1F2937"/>
                <w:sz w:val="16"/>
              </w:rPr>
              <w:t xml:space="preserve"> Ambiental          </w:t>
            </w:r>
            <w:r w:rsidRPr="00AA72B8">
              <w:rPr>
                <w:rFonts w:ascii="Segoe UI Symbol" w:hAnsi="Segoe UI Symbol" w:cs="Segoe UI Symbol"/>
                <w:color w:val="1F2937"/>
                <w:sz w:val="16"/>
              </w:rPr>
              <w:t>☐</w:t>
            </w:r>
            <w:r w:rsidRPr="00AA72B8">
              <w:rPr>
                <w:color w:val="1F2937"/>
                <w:sz w:val="16"/>
              </w:rPr>
              <w:t xml:space="preserve"> Social       </w:t>
            </w:r>
            <w:r w:rsidRPr="00AA72B8">
              <w:rPr>
                <w:rFonts w:ascii="Segoe UI Symbol" w:hAnsi="Segoe UI Symbol" w:cs="Segoe UI Symbol"/>
                <w:color w:val="1F2937"/>
                <w:sz w:val="16"/>
              </w:rPr>
              <w:t>☐</w:t>
            </w:r>
            <w:r w:rsidRPr="00AA72B8">
              <w:rPr>
                <w:color w:val="1F2937"/>
                <w:sz w:val="16"/>
              </w:rPr>
              <w:t xml:space="preserve"> Cultural/artístico       </w:t>
            </w:r>
            <w:r w:rsidRPr="00AA72B8">
              <w:rPr>
                <w:rFonts w:ascii="Segoe UI Symbol" w:hAnsi="Segoe UI Symbol" w:cs="Segoe UI Symbol"/>
                <w:color w:val="1F2937"/>
                <w:sz w:val="16"/>
              </w:rPr>
              <w:t>☐</w:t>
            </w:r>
            <w:r w:rsidRPr="00AA72B8">
              <w:rPr>
                <w:color w:val="1F2937"/>
                <w:sz w:val="16"/>
              </w:rPr>
              <w:t xml:space="preserve"> Cient</w:t>
            </w:r>
            <w:r w:rsidRPr="00AA72B8">
              <w:rPr>
                <w:rFonts w:cs="Arial"/>
                <w:color w:val="1F2937"/>
                <w:sz w:val="16"/>
              </w:rPr>
              <w:t>í</w:t>
            </w:r>
            <w:r w:rsidRPr="00AA72B8">
              <w:rPr>
                <w:color w:val="1F2937"/>
                <w:sz w:val="16"/>
              </w:rPr>
              <w:t xml:space="preserve">fico        </w:t>
            </w:r>
            <w:r w:rsidRPr="00AA72B8">
              <w:rPr>
                <w:rFonts w:ascii="Segoe UI Symbol" w:hAnsi="Segoe UI Symbol" w:cs="Segoe UI Symbol"/>
                <w:color w:val="1F2937"/>
                <w:sz w:val="16"/>
              </w:rPr>
              <w:t>☐</w:t>
            </w:r>
            <w:r w:rsidRPr="00AA72B8">
              <w:rPr>
                <w:color w:val="1F2937"/>
                <w:sz w:val="16"/>
              </w:rPr>
              <w:t xml:space="preserve"> Servicio</w:t>
            </w:r>
          </w:p>
        </w:tc>
      </w:tr>
      <w:tr w:rsidR="00F4444D" w:rsidRPr="00AA72B8" w14:paraId="41E4D163" w14:textId="77777777" w:rsidTr="00AA72B8">
        <w:trPr>
          <w:gridAfter w:val="1"/>
          <w:wAfter w:w="292" w:type="dxa"/>
          <w:jc w:val="center"/>
        </w:trPr>
        <w:tc>
          <w:tcPr>
            <w:tcW w:w="10858" w:type="dxa"/>
            <w:gridSpan w:val="4"/>
            <w:tcBorders>
              <w:top w:val="single" w:sz="4" w:space="0" w:color="163A73"/>
              <w:left w:val="single" w:sz="4" w:space="0" w:color="163A73"/>
              <w:bottom w:val="single" w:sz="4" w:space="0" w:color="163A73"/>
              <w:right w:val="single" w:sz="4" w:space="0" w:color="163A73"/>
            </w:tcBorders>
            <w:shd w:val="clear" w:color="auto" w:fill="163A73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15B2D47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b/>
                <w:color w:val="FFFFFF"/>
                <w:sz w:val="22"/>
              </w:rPr>
              <w:t>2. INTEGRANTES Y RESPONSABILIDADES</w:t>
            </w:r>
          </w:p>
        </w:tc>
      </w:tr>
    </w:tbl>
    <w:p w14:paraId="02419F95" w14:textId="77777777" w:rsidR="00F4444D" w:rsidRPr="00AA72B8" w:rsidRDefault="00F4444D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7"/>
        <w:gridCol w:w="3168"/>
        <w:gridCol w:w="918"/>
        <w:gridCol w:w="3402"/>
        <w:gridCol w:w="2835"/>
      </w:tblGrid>
      <w:tr w:rsidR="00F4444D" w:rsidRPr="00AA72B8" w14:paraId="112CAC55" w14:textId="77777777" w:rsidTr="00F13C91">
        <w:trPr>
          <w:tblHeader/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0B2E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93B7B9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b/>
                <w:color w:val="FFFFFF"/>
                <w:sz w:val="16"/>
              </w:rPr>
              <w:t>N.º</w:t>
            </w:r>
          </w:p>
        </w:tc>
        <w:tc>
          <w:tcPr>
            <w:tcW w:w="316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0B2E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FC0E92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b/>
                <w:color w:val="FFFFFF"/>
                <w:sz w:val="16"/>
              </w:rPr>
              <w:t>Nombres y apellidos</w:t>
            </w:r>
          </w:p>
        </w:tc>
        <w:tc>
          <w:tcPr>
            <w:tcW w:w="91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0B2E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906105" w14:textId="77777777" w:rsidR="00AA72B8" w:rsidRDefault="00000000">
            <w:pPr>
              <w:spacing w:after="0" w:line="240" w:lineRule="auto"/>
              <w:jc w:val="center"/>
              <w:rPr>
                <w:b/>
                <w:color w:val="FFFFFF"/>
                <w:sz w:val="16"/>
              </w:rPr>
            </w:pPr>
            <w:r w:rsidRPr="00AA72B8">
              <w:rPr>
                <w:b/>
                <w:color w:val="FFFFFF"/>
                <w:sz w:val="16"/>
              </w:rPr>
              <w:t>Grado/</w:t>
            </w:r>
          </w:p>
          <w:p w14:paraId="03C7EA22" w14:textId="1C7E7D0F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b/>
                <w:color w:val="FFFFFF"/>
                <w:sz w:val="16"/>
              </w:rPr>
              <w:t>curso</w:t>
            </w:r>
          </w:p>
        </w:tc>
        <w:tc>
          <w:tcPr>
            <w:tcW w:w="340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0B2E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76DCDD4" w14:textId="7382E62B" w:rsidR="00F4444D" w:rsidRPr="00AA72B8" w:rsidRDefault="00AA72B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Roles (</w:t>
            </w:r>
            <w:r w:rsidR="00000000" w:rsidRPr="00AA72B8">
              <w:rPr>
                <w:b/>
                <w:color w:val="FFFFFF"/>
                <w:sz w:val="16"/>
              </w:rPr>
              <w:t>Responsabilidad principal</w:t>
            </w:r>
            <w:r>
              <w:rPr>
                <w:b/>
                <w:color w:val="FFFFFF"/>
                <w:sz w:val="16"/>
              </w:rPr>
              <w:t>)</w:t>
            </w:r>
          </w:p>
        </w:tc>
        <w:tc>
          <w:tcPr>
            <w:tcW w:w="2835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0B2E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7E0FB0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b/>
                <w:color w:val="FFFFFF"/>
                <w:sz w:val="16"/>
              </w:rPr>
              <w:t>Firma</w:t>
            </w:r>
          </w:p>
        </w:tc>
      </w:tr>
      <w:tr w:rsidR="00F4444D" w:rsidRPr="00AA72B8" w14:paraId="599CE09F" w14:textId="77777777" w:rsidTr="00F13C91">
        <w:trPr>
          <w:trHeight w:val="490"/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DBE0BD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1</w:t>
            </w:r>
          </w:p>
        </w:tc>
        <w:tc>
          <w:tcPr>
            <w:tcW w:w="316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49A4C8" w14:textId="77777777" w:rsidR="00F4444D" w:rsidRPr="00AA72B8" w:rsidRDefault="00F4444D">
            <w:pPr>
              <w:spacing w:after="0" w:line="240" w:lineRule="auto"/>
            </w:pPr>
          </w:p>
          <w:p w14:paraId="3B433259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91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EF41D3" w14:textId="77777777" w:rsidR="00F4444D" w:rsidRPr="00AA72B8" w:rsidRDefault="00F4444D">
            <w:pPr>
              <w:spacing w:after="0" w:line="240" w:lineRule="auto"/>
            </w:pPr>
          </w:p>
          <w:p w14:paraId="44BCFCB1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36DF41" w14:textId="77777777" w:rsidR="00F4444D" w:rsidRPr="00AA72B8" w:rsidRDefault="00F4444D">
            <w:pPr>
              <w:spacing w:after="0" w:line="240" w:lineRule="auto"/>
            </w:pPr>
          </w:p>
          <w:p w14:paraId="511F88FE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1D763F2" w14:textId="77777777" w:rsidR="00F4444D" w:rsidRPr="00AA72B8" w:rsidRDefault="00F4444D">
            <w:pPr>
              <w:spacing w:after="0" w:line="240" w:lineRule="auto"/>
            </w:pPr>
          </w:p>
          <w:p w14:paraId="7F22156D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</w:tr>
      <w:tr w:rsidR="00F4444D" w:rsidRPr="00AA72B8" w14:paraId="179D586D" w14:textId="77777777" w:rsidTr="00F13C91">
        <w:trPr>
          <w:trHeight w:val="490"/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620E7F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2</w:t>
            </w:r>
          </w:p>
        </w:tc>
        <w:tc>
          <w:tcPr>
            <w:tcW w:w="316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D31D11" w14:textId="77777777" w:rsidR="00F4444D" w:rsidRPr="00AA72B8" w:rsidRDefault="00F4444D">
            <w:pPr>
              <w:spacing w:after="0" w:line="240" w:lineRule="auto"/>
            </w:pPr>
          </w:p>
          <w:p w14:paraId="5C0EE3A0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91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23F51C8" w14:textId="77777777" w:rsidR="00F4444D" w:rsidRPr="00AA72B8" w:rsidRDefault="00F4444D">
            <w:pPr>
              <w:spacing w:after="0" w:line="240" w:lineRule="auto"/>
            </w:pPr>
          </w:p>
          <w:p w14:paraId="12314BA3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2F67DD" w14:textId="77777777" w:rsidR="00F4444D" w:rsidRPr="00AA72B8" w:rsidRDefault="00F4444D">
            <w:pPr>
              <w:spacing w:after="0" w:line="240" w:lineRule="auto"/>
            </w:pPr>
          </w:p>
          <w:p w14:paraId="1DB02CE1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B671EF" w14:textId="77777777" w:rsidR="00F4444D" w:rsidRPr="00AA72B8" w:rsidRDefault="00F4444D">
            <w:pPr>
              <w:spacing w:after="0" w:line="240" w:lineRule="auto"/>
            </w:pPr>
          </w:p>
          <w:p w14:paraId="143D8829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</w:tr>
      <w:tr w:rsidR="00F4444D" w:rsidRPr="00AA72B8" w14:paraId="190779C7" w14:textId="77777777" w:rsidTr="00F13C91">
        <w:trPr>
          <w:trHeight w:val="490"/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5604AC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3</w:t>
            </w:r>
          </w:p>
        </w:tc>
        <w:tc>
          <w:tcPr>
            <w:tcW w:w="316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FE015E" w14:textId="77777777" w:rsidR="00F4444D" w:rsidRPr="00AA72B8" w:rsidRDefault="00F4444D">
            <w:pPr>
              <w:spacing w:after="0" w:line="240" w:lineRule="auto"/>
            </w:pPr>
          </w:p>
          <w:p w14:paraId="4B87468B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91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AA22B5" w14:textId="77777777" w:rsidR="00F4444D" w:rsidRPr="00AA72B8" w:rsidRDefault="00F4444D">
            <w:pPr>
              <w:spacing w:after="0" w:line="240" w:lineRule="auto"/>
            </w:pPr>
          </w:p>
          <w:p w14:paraId="5D0235EB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DB731B" w14:textId="77777777" w:rsidR="00F4444D" w:rsidRPr="00AA72B8" w:rsidRDefault="00F4444D">
            <w:pPr>
              <w:spacing w:after="0" w:line="240" w:lineRule="auto"/>
            </w:pPr>
          </w:p>
          <w:p w14:paraId="55DB9A84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C38D45" w14:textId="77777777" w:rsidR="00F4444D" w:rsidRPr="00AA72B8" w:rsidRDefault="00F4444D">
            <w:pPr>
              <w:spacing w:after="0" w:line="240" w:lineRule="auto"/>
            </w:pPr>
          </w:p>
          <w:p w14:paraId="3D0F8FAB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</w:tr>
      <w:tr w:rsidR="00F4444D" w:rsidRPr="00AA72B8" w14:paraId="6A30BDFF" w14:textId="77777777" w:rsidTr="00F13C91">
        <w:trPr>
          <w:trHeight w:val="490"/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D774EC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4</w:t>
            </w:r>
          </w:p>
        </w:tc>
        <w:tc>
          <w:tcPr>
            <w:tcW w:w="316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AD7354" w14:textId="77777777" w:rsidR="00F4444D" w:rsidRPr="00AA72B8" w:rsidRDefault="00F4444D">
            <w:pPr>
              <w:spacing w:after="0" w:line="240" w:lineRule="auto"/>
            </w:pPr>
          </w:p>
          <w:p w14:paraId="2B2E1F14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91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6B19A2" w14:textId="77777777" w:rsidR="00F4444D" w:rsidRPr="00AA72B8" w:rsidRDefault="00F4444D">
            <w:pPr>
              <w:spacing w:after="0" w:line="240" w:lineRule="auto"/>
            </w:pPr>
          </w:p>
          <w:p w14:paraId="5EC32DBF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BEE6AF" w14:textId="77777777" w:rsidR="00F4444D" w:rsidRPr="00AA72B8" w:rsidRDefault="00F4444D">
            <w:pPr>
              <w:spacing w:after="0" w:line="240" w:lineRule="auto"/>
            </w:pPr>
          </w:p>
          <w:p w14:paraId="36A48970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1395A90" w14:textId="77777777" w:rsidR="00F4444D" w:rsidRPr="00AA72B8" w:rsidRDefault="00F4444D">
            <w:pPr>
              <w:spacing w:after="0" w:line="240" w:lineRule="auto"/>
            </w:pPr>
          </w:p>
          <w:p w14:paraId="7054398D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</w:tr>
      <w:tr w:rsidR="00F4444D" w:rsidRPr="00AA72B8" w14:paraId="3579E952" w14:textId="77777777" w:rsidTr="00F13C91">
        <w:trPr>
          <w:trHeight w:val="490"/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F5CF81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5</w:t>
            </w:r>
          </w:p>
        </w:tc>
        <w:tc>
          <w:tcPr>
            <w:tcW w:w="316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2668F8" w14:textId="77777777" w:rsidR="00F4444D" w:rsidRPr="00AA72B8" w:rsidRDefault="00F4444D">
            <w:pPr>
              <w:spacing w:after="0" w:line="240" w:lineRule="auto"/>
            </w:pPr>
          </w:p>
          <w:p w14:paraId="2395DB85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91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1346AC" w14:textId="77777777" w:rsidR="00F4444D" w:rsidRPr="00AA72B8" w:rsidRDefault="00F4444D">
            <w:pPr>
              <w:spacing w:after="0" w:line="240" w:lineRule="auto"/>
            </w:pPr>
          </w:p>
          <w:p w14:paraId="498B07A8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B18355" w14:textId="77777777" w:rsidR="00F4444D" w:rsidRPr="00AA72B8" w:rsidRDefault="00F4444D">
            <w:pPr>
              <w:spacing w:after="0" w:line="240" w:lineRule="auto"/>
            </w:pPr>
          </w:p>
          <w:p w14:paraId="360842C6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F6792C" w14:textId="77777777" w:rsidR="00F4444D" w:rsidRPr="00AA72B8" w:rsidRDefault="00F4444D">
            <w:pPr>
              <w:spacing w:after="0" w:line="240" w:lineRule="auto"/>
            </w:pPr>
          </w:p>
          <w:p w14:paraId="0B93859F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</w:tr>
      <w:tr w:rsidR="00F4444D" w:rsidRPr="00AA72B8" w14:paraId="5CD22841" w14:textId="77777777" w:rsidTr="00F13C91">
        <w:trPr>
          <w:trHeight w:val="490"/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F8D059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6</w:t>
            </w:r>
          </w:p>
        </w:tc>
        <w:tc>
          <w:tcPr>
            <w:tcW w:w="316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45DACD8" w14:textId="77777777" w:rsidR="00F4444D" w:rsidRPr="00AA72B8" w:rsidRDefault="00F4444D">
            <w:pPr>
              <w:spacing w:after="0" w:line="240" w:lineRule="auto"/>
            </w:pPr>
          </w:p>
          <w:p w14:paraId="18BC8B06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91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2E33A2" w14:textId="77777777" w:rsidR="00F4444D" w:rsidRPr="00AA72B8" w:rsidRDefault="00F4444D">
            <w:pPr>
              <w:spacing w:after="0" w:line="240" w:lineRule="auto"/>
            </w:pPr>
          </w:p>
          <w:p w14:paraId="4B7F8825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696D96A" w14:textId="77777777" w:rsidR="00F4444D" w:rsidRPr="00AA72B8" w:rsidRDefault="00F4444D">
            <w:pPr>
              <w:spacing w:after="0" w:line="240" w:lineRule="auto"/>
            </w:pPr>
          </w:p>
          <w:p w14:paraId="141FBFE1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10E4B2" w14:textId="77777777" w:rsidR="00F4444D" w:rsidRPr="00AA72B8" w:rsidRDefault="00F4444D">
            <w:pPr>
              <w:spacing w:after="0" w:line="240" w:lineRule="auto"/>
            </w:pPr>
          </w:p>
          <w:p w14:paraId="20223EDB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 </w:t>
            </w:r>
          </w:p>
        </w:tc>
      </w:tr>
    </w:tbl>
    <w:tbl>
      <w:tblPr>
        <w:tblpPr w:leftFromText="141" w:rightFromText="141" w:vertAnchor="text" w:horzAnchor="margin" w:tblpY="409"/>
        <w:tblW w:w="0" w:type="auto"/>
        <w:tblLayout w:type="fixed"/>
        <w:tblLook w:val="04A0" w:firstRow="1" w:lastRow="0" w:firstColumn="1" w:lastColumn="0" w:noHBand="0" w:noVBand="1"/>
      </w:tblPr>
      <w:tblGrid>
        <w:gridCol w:w="10858"/>
      </w:tblGrid>
      <w:tr w:rsidR="00F13C91" w:rsidRPr="00AA72B8" w14:paraId="138F9B81" w14:textId="77777777" w:rsidTr="00F13C91">
        <w:tc>
          <w:tcPr>
            <w:tcW w:w="10858" w:type="dxa"/>
            <w:tcBorders>
              <w:top w:val="single" w:sz="4" w:space="0" w:color="163A73"/>
              <w:left w:val="single" w:sz="4" w:space="0" w:color="163A73"/>
              <w:bottom w:val="single" w:sz="4" w:space="0" w:color="163A73"/>
              <w:right w:val="single" w:sz="4" w:space="0" w:color="163A73"/>
            </w:tcBorders>
            <w:shd w:val="clear" w:color="auto" w:fill="163A73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6ACF067" w14:textId="77777777" w:rsidR="00F13C91" w:rsidRPr="00AA72B8" w:rsidRDefault="00F13C91" w:rsidP="00F13C91">
            <w:pPr>
              <w:spacing w:after="0" w:line="240" w:lineRule="auto"/>
            </w:pPr>
            <w:r w:rsidRPr="00AA72B8">
              <w:rPr>
                <w:b/>
                <w:color w:val="FFFFFF"/>
                <w:sz w:val="22"/>
              </w:rPr>
              <w:t>3. IDEA CENTRAL DEL EMPRENDIMIENTO</w:t>
            </w:r>
          </w:p>
        </w:tc>
      </w:tr>
    </w:tbl>
    <w:tbl>
      <w:tblPr>
        <w:tblStyle w:val="Tablaconcuadrcula"/>
        <w:tblpPr w:leftFromText="141" w:rightFromText="141" w:vertAnchor="text" w:horzAnchor="margin" w:tblpY="1222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13C91" w14:paraId="128F41A0" w14:textId="77777777" w:rsidTr="00F13C91">
        <w:tc>
          <w:tcPr>
            <w:tcW w:w="10978" w:type="dxa"/>
          </w:tcPr>
          <w:p w14:paraId="429CBBA8" w14:textId="77777777" w:rsidR="00F13C91" w:rsidRPr="00AA72B8" w:rsidRDefault="00F13C91" w:rsidP="00F13C91">
            <w:pPr>
              <w:spacing w:after="20"/>
            </w:pPr>
            <w:r w:rsidRPr="00AA72B8">
              <w:rPr>
                <w:b/>
                <w:color w:val="0B2E64"/>
              </w:rPr>
              <w:t>3.1 Problema, necesidad u oportunidad identificada</w:t>
            </w:r>
          </w:p>
          <w:p w14:paraId="11D7E9CF" w14:textId="77777777" w:rsidR="00F13C91" w:rsidRPr="00AA72B8" w:rsidRDefault="00F13C91" w:rsidP="00F13C91">
            <w:r w:rsidRPr="00AA72B8">
              <w:rPr>
                <w:i/>
                <w:color w:val="596579"/>
                <w:sz w:val="16"/>
              </w:rPr>
              <w:t>¿Qué situación del entorno escolar, familiar, comunitario o local desean atender?</w:t>
            </w:r>
          </w:p>
          <w:p w14:paraId="452EEB18" w14:textId="77777777" w:rsidR="00F13C91" w:rsidRDefault="00F13C91" w:rsidP="00F13C91"/>
          <w:p w14:paraId="2DEF6F02" w14:textId="77777777" w:rsidR="00F13C91" w:rsidRDefault="00F13C91" w:rsidP="00F13C91"/>
          <w:p w14:paraId="05FAC9D5" w14:textId="77777777" w:rsidR="00F13C91" w:rsidRDefault="00F13C91" w:rsidP="00F13C91"/>
          <w:p w14:paraId="66E7D3F7" w14:textId="77777777" w:rsidR="00F13C91" w:rsidRDefault="00F13C91" w:rsidP="00F13C91"/>
          <w:p w14:paraId="28300AB9" w14:textId="77777777" w:rsidR="00F13C91" w:rsidRDefault="00F13C91" w:rsidP="00F13C91"/>
          <w:p w14:paraId="162BBB8C" w14:textId="77777777" w:rsidR="00F13C91" w:rsidRDefault="00F13C91" w:rsidP="00F13C91"/>
          <w:p w14:paraId="776D7969" w14:textId="77777777" w:rsidR="00F13C91" w:rsidRDefault="00F13C91" w:rsidP="00F13C91"/>
          <w:p w14:paraId="2C4C9F7D" w14:textId="77777777" w:rsidR="00F13C91" w:rsidRDefault="00F13C91" w:rsidP="00F13C91"/>
        </w:tc>
      </w:tr>
      <w:tr w:rsidR="00F13C91" w14:paraId="3D372C25" w14:textId="77777777" w:rsidTr="00F13C91">
        <w:tc>
          <w:tcPr>
            <w:tcW w:w="10978" w:type="dxa"/>
          </w:tcPr>
          <w:p w14:paraId="1217EB4B" w14:textId="77777777" w:rsidR="00F13C91" w:rsidRPr="00AA72B8" w:rsidRDefault="00F13C91" w:rsidP="00F13C91">
            <w:pPr>
              <w:spacing w:after="20"/>
            </w:pPr>
            <w:r w:rsidRPr="00AA72B8">
              <w:rPr>
                <w:b/>
                <w:color w:val="0B2E64"/>
              </w:rPr>
              <w:t>3.2 Producto, servicio, prototipo o iniciativa</w:t>
            </w:r>
          </w:p>
          <w:p w14:paraId="3AAA69B9" w14:textId="77777777" w:rsidR="00F13C91" w:rsidRPr="00AA72B8" w:rsidRDefault="00F13C91" w:rsidP="00F13C91">
            <w:r w:rsidRPr="00AA72B8">
              <w:rPr>
                <w:i/>
                <w:color w:val="596579"/>
                <w:sz w:val="16"/>
              </w:rPr>
              <w:t>¿Qué van a crear u ofrecer y cómo funcionará?</w:t>
            </w:r>
          </w:p>
          <w:p w14:paraId="44F339FE" w14:textId="77777777" w:rsidR="00F13C91" w:rsidRDefault="00F13C91" w:rsidP="00F13C91"/>
          <w:p w14:paraId="4492C1A4" w14:textId="77777777" w:rsidR="00F13C91" w:rsidRDefault="00F13C91" w:rsidP="00F13C91"/>
          <w:p w14:paraId="34607F21" w14:textId="77777777" w:rsidR="00F13C91" w:rsidRDefault="00F13C91" w:rsidP="00F13C91"/>
          <w:p w14:paraId="1CD547FB" w14:textId="77777777" w:rsidR="00F13C91" w:rsidRDefault="00F13C91" w:rsidP="00F13C91"/>
        </w:tc>
      </w:tr>
      <w:tr w:rsidR="00F13C91" w14:paraId="4A1F0983" w14:textId="77777777" w:rsidTr="00F13C91">
        <w:tc>
          <w:tcPr>
            <w:tcW w:w="10978" w:type="dxa"/>
          </w:tcPr>
          <w:p w14:paraId="1EC01149" w14:textId="77777777" w:rsidR="00F13C91" w:rsidRPr="00AA72B8" w:rsidRDefault="00F13C91" w:rsidP="00F13C91">
            <w:pPr>
              <w:spacing w:after="20"/>
            </w:pPr>
            <w:r w:rsidRPr="00AA72B8">
              <w:rPr>
                <w:b/>
                <w:color w:val="0B2E64"/>
              </w:rPr>
              <w:t>3.3 Público o población beneficiaria</w:t>
            </w:r>
          </w:p>
          <w:p w14:paraId="4963D2F1" w14:textId="77777777" w:rsidR="00F13C91" w:rsidRPr="00AA72B8" w:rsidRDefault="00F13C91" w:rsidP="00F13C91">
            <w:r w:rsidRPr="00AA72B8">
              <w:rPr>
                <w:i/>
                <w:color w:val="596579"/>
                <w:sz w:val="16"/>
              </w:rPr>
              <w:t>¿A quiénes está dirigida la propuesta?</w:t>
            </w:r>
          </w:p>
          <w:p w14:paraId="341543A3" w14:textId="77777777" w:rsidR="00F13C91" w:rsidRDefault="00F13C91" w:rsidP="00F13C91"/>
          <w:p w14:paraId="113E73F0" w14:textId="77777777" w:rsidR="00F13C91" w:rsidRDefault="00F13C91" w:rsidP="00F13C91"/>
          <w:p w14:paraId="2FAAFA18" w14:textId="77777777" w:rsidR="00F13C91" w:rsidRDefault="00F13C91" w:rsidP="00F13C91"/>
          <w:p w14:paraId="08A5579E" w14:textId="77777777" w:rsidR="00F13C91" w:rsidRDefault="00F13C91" w:rsidP="00F13C91"/>
        </w:tc>
      </w:tr>
    </w:tbl>
    <w:p w14:paraId="055F3782" w14:textId="77777777" w:rsidR="00F4444D" w:rsidRPr="00AA72B8" w:rsidRDefault="00000000">
      <w:r w:rsidRPr="00AA72B8">
        <w:br w:type="page"/>
      </w:r>
    </w:p>
    <w:p w14:paraId="40E809F4" w14:textId="77777777" w:rsidR="00F4444D" w:rsidRPr="00AA72B8" w:rsidRDefault="00F4444D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84"/>
      </w:tblGrid>
      <w:tr w:rsidR="00F4444D" w:rsidRPr="00AA72B8" w14:paraId="601D9CD4" w14:textId="77777777">
        <w:trPr>
          <w:jc w:val="center"/>
        </w:trPr>
        <w:tc>
          <w:tcPr>
            <w:tcW w:w="10858" w:type="dxa"/>
            <w:tcBorders>
              <w:top w:val="single" w:sz="6" w:space="0" w:color="A9B8CC"/>
              <w:left w:val="single" w:sz="6" w:space="0" w:color="A9B8CC"/>
              <w:bottom w:val="single" w:sz="6" w:space="0" w:color="A9B8CC"/>
              <w:right w:val="single" w:sz="6" w:space="0" w:color="A9B8CC"/>
            </w:tcBorders>
            <w:shd w:val="clear" w:color="auto" w:fill="FFFFFF"/>
            <w:tcMar>
              <w:top w:w="55" w:type="dxa"/>
              <w:left w:w="90" w:type="dxa"/>
              <w:bottom w:w="45" w:type="dxa"/>
              <w:right w:w="90" w:type="dxa"/>
            </w:tcMar>
          </w:tcPr>
          <w:p w14:paraId="558BCD31" w14:textId="77777777" w:rsidR="00F4444D" w:rsidRPr="00AA72B8" w:rsidRDefault="00000000">
            <w:pPr>
              <w:spacing w:after="20" w:line="240" w:lineRule="auto"/>
            </w:pPr>
            <w:r w:rsidRPr="00AA72B8">
              <w:rPr>
                <w:b/>
                <w:color w:val="0B2E64"/>
              </w:rPr>
              <w:t>3.4 Propuesta de valor</w:t>
            </w:r>
          </w:p>
          <w:p w14:paraId="6F4BB8F3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i/>
                <w:color w:val="596579"/>
                <w:sz w:val="16"/>
              </w:rPr>
              <w:t>¿Qué hace útil, diferente o valiosa la solución?</w:t>
            </w:r>
          </w:p>
          <w:p w14:paraId="16F42998" w14:textId="77777777" w:rsidR="00F4444D" w:rsidRDefault="00F4444D">
            <w:pPr>
              <w:spacing w:after="0" w:line="240" w:lineRule="auto"/>
            </w:pPr>
          </w:p>
          <w:p w14:paraId="1A6D9DD9" w14:textId="77777777" w:rsidR="00AA72B8" w:rsidRDefault="00AA72B8">
            <w:pPr>
              <w:spacing w:after="0" w:line="240" w:lineRule="auto"/>
            </w:pPr>
          </w:p>
          <w:p w14:paraId="01509F8E" w14:textId="77777777" w:rsidR="00AA72B8" w:rsidRDefault="00AA72B8">
            <w:pPr>
              <w:spacing w:after="0" w:line="240" w:lineRule="auto"/>
            </w:pPr>
          </w:p>
          <w:p w14:paraId="0A6E4673" w14:textId="77777777" w:rsidR="00F13C91" w:rsidRDefault="00F13C91">
            <w:pPr>
              <w:spacing w:after="0" w:line="240" w:lineRule="auto"/>
            </w:pPr>
          </w:p>
          <w:p w14:paraId="3BE12AB5" w14:textId="77777777" w:rsidR="00F13C91" w:rsidRDefault="00F13C91">
            <w:pPr>
              <w:spacing w:after="0" w:line="240" w:lineRule="auto"/>
            </w:pPr>
          </w:p>
          <w:p w14:paraId="47032E8C" w14:textId="6EC6588D" w:rsidR="00AA72B8" w:rsidRPr="00AA72B8" w:rsidRDefault="00AA72B8">
            <w:pPr>
              <w:spacing w:after="0" w:line="240" w:lineRule="auto"/>
            </w:pPr>
          </w:p>
        </w:tc>
      </w:tr>
      <w:tr w:rsidR="00F4444D" w:rsidRPr="00AA72B8" w14:paraId="372F0701" w14:textId="77777777">
        <w:trPr>
          <w:jc w:val="center"/>
        </w:trPr>
        <w:tc>
          <w:tcPr>
            <w:tcW w:w="10858" w:type="dxa"/>
            <w:tcBorders>
              <w:top w:val="single" w:sz="6" w:space="0" w:color="A9B8CC"/>
              <w:left w:val="single" w:sz="6" w:space="0" w:color="A9B8CC"/>
              <w:bottom w:val="single" w:sz="6" w:space="0" w:color="A9B8CC"/>
              <w:right w:val="single" w:sz="6" w:space="0" w:color="A9B8CC"/>
            </w:tcBorders>
            <w:shd w:val="clear" w:color="auto" w:fill="FFFFFF"/>
            <w:tcMar>
              <w:top w:w="55" w:type="dxa"/>
              <w:left w:w="90" w:type="dxa"/>
              <w:bottom w:w="45" w:type="dxa"/>
              <w:right w:w="90" w:type="dxa"/>
            </w:tcMar>
          </w:tcPr>
          <w:p w14:paraId="6B166766" w14:textId="77777777" w:rsidR="00F4444D" w:rsidRPr="00AA72B8" w:rsidRDefault="00000000">
            <w:pPr>
              <w:spacing w:after="20" w:line="240" w:lineRule="auto"/>
            </w:pPr>
            <w:r w:rsidRPr="00AA72B8">
              <w:rPr>
                <w:b/>
                <w:color w:val="0B2E64"/>
              </w:rPr>
              <w:t>3.5 Resultado o beneficio esperado</w:t>
            </w:r>
          </w:p>
          <w:p w14:paraId="5589B3F5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i/>
                <w:color w:val="596579"/>
                <w:sz w:val="16"/>
              </w:rPr>
              <w:t>¿Qué cambio o aporte esperan generar?</w:t>
            </w:r>
          </w:p>
          <w:p w14:paraId="11CEAF79" w14:textId="77777777" w:rsidR="00F4444D" w:rsidRDefault="00F4444D">
            <w:pPr>
              <w:spacing w:after="0" w:line="240" w:lineRule="auto"/>
            </w:pPr>
          </w:p>
          <w:p w14:paraId="2F7FB86F" w14:textId="77777777" w:rsidR="00AA72B8" w:rsidRDefault="00AA72B8">
            <w:pPr>
              <w:spacing w:after="0" w:line="240" w:lineRule="auto"/>
            </w:pPr>
          </w:p>
          <w:p w14:paraId="30232588" w14:textId="77777777" w:rsidR="00AA72B8" w:rsidRDefault="00AA72B8">
            <w:pPr>
              <w:spacing w:after="0" w:line="240" w:lineRule="auto"/>
            </w:pPr>
          </w:p>
          <w:p w14:paraId="7BBEBB28" w14:textId="77777777" w:rsidR="00F13C91" w:rsidRDefault="00F13C91">
            <w:pPr>
              <w:spacing w:after="0" w:line="240" w:lineRule="auto"/>
            </w:pPr>
          </w:p>
          <w:p w14:paraId="1EC99A3E" w14:textId="709C2582" w:rsidR="00AA72B8" w:rsidRPr="00AA72B8" w:rsidRDefault="00AA72B8">
            <w:pPr>
              <w:spacing w:after="0" w:line="240" w:lineRule="auto"/>
            </w:pP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58"/>
      </w:tblGrid>
      <w:tr w:rsidR="00F4444D" w:rsidRPr="00AA72B8" w14:paraId="1F4FF94F" w14:textId="77777777">
        <w:trPr>
          <w:jc w:val="center"/>
        </w:trPr>
        <w:tc>
          <w:tcPr>
            <w:tcW w:w="10858" w:type="dxa"/>
            <w:tcBorders>
              <w:top w:val="single" w:sz="4" w:space="0" w:color="163A73"/>
              <w:left w:val="single" w:sz="4" w:space="0" w:color="163A73"/>
              <w:bottom w:val="single" w:sz="4" w:space="0" w:color="163A73"/>
              <w:right w:val="single" w:sz="4" w:space="0" w:color="163A73"/>
            </w:tcBorders>
            <w:shd w:val="clear" w:color="auto" w:fill="163A73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22C79F9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b/>
                <w:color w:val="FFFFFF"/>
                <w:sz w:val="22"/>
              </w:rPr>
              <w:t>4. MODELO DE NEGOCIO ESCOLAR BÁSICO</w:t>
            </w:r>
          </w:p>
        </w:tc>
      </w:tr>
    </w:tbl>
    <w:p w14:paraId="5A1C19D9" w14:textId="77777777" w:rsidR="00F4444D" w:rsidRPr="00AA72B8" w:rsidRDefault="00F4444D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7906"/>
        <w:gridCol w:w="294"/>
      </w:tblGrid>
      <w:tr w:rsidR="00F4444D" w:rsidRPr="00AA72B8" w14:paraId="7C4AE7AA" w14:textId="77777777">
        <w:trPr>
          <w:jc w:val="center"/>
        </w:trPr>
        <w:tc>
          <w:tcPr>
            <w:tcW w:w="295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2F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1884FC" w14:textId="25F144C8" w:rsidR="00F4444D" w:rsidRPr="00AA72B8" w:rsidRDefault="00000000" w:rsidP="00C854B2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6"/>
              </w:rPr>
              <w:t>Materiales y recursos necesarios</w:t>
            </w:r>
            <w:r w:rsidR="00F13C91">
              <w:rPr>
                <w:color w:val="1F2937"/>
                <w:sz w:val="16"/>
              </w:rPr>
              <w:t xml:space="preserve"> (escríbalos separados por comas)</w:t>
            </w:r>
          </w:p>
        </w:tc>
        <w:tc>
          <w:tcPr>
            <w:tcW w:w="7560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3CA147" w14:textId="77777777" w:rsidR="00F4444D" w:rsidRDefault="00F4444D">
            <w:pPr>
              <w:spacing w:after="0" w:line="240" w:lineRule="auto"/>
            </w:pPr>
          </w:p>
          <w:p w14:paraId="1E3A86FA" w14:textId="77777777" w:rsidR="00AA72B8" w:rsidRDefault="00AA72B8">
            <w:pPr>
              <w:spacing w:after="0" w:line="240" w:lineRule="auto"/>
            </w:pPr>
          </w:p>
          <w:p w14:paraId="5D00C427" w14:textId="77777777" w:rsidR="00AA72B8" w:rsidRDefault="00AA72B8">
            <w:pPr>
              <w:spacing w:after="0" w:line="240" w:lineRule="auto"/>
            </w:pPr>
          </w:p>
          <w:p w14:paraId="0E547591" w14:textId="77777777" w:rsidR="00AA72B8" w:rsidRDefault="00AA72B8">
            <w:pPr>
              <w:spacing w:after="0" w:line="240" w:lineRule="auto"/>
            </w:pPr>
          </w:p>
          <w:p w14:paraId="5EB26148" w14:textId="77CC2032" w:rsidR="00AA72B8" w:rsidRPr="00AA72B8" w:rsidRDefault="00AA72B8">
            <w:pPr>
              <w:spacing w:after="0" w:line="240" w:lineRule="auto"/>
            </w:pPr>
          </w:p>
        </w:tc>
      </w:tr>
      <w:tr w:rsidR="00F4444D" w:rsidRPr="00AA72B8" w14:paraId="0D9676CE" w14:textId="77777777">
        <w:trPr>
          <w:jc w:val="center"/>
        </w:trPr>
        <w:tc>
          <w:tcPr>
            <w:tcW w:w="295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2F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A653CD" w14:textId="44E853F6" w:rsidR="00F4444D" w:rsidRPr="00AA72B8" w:rsidRDefault="00AA72B8" w:rsidP="00C854B2">
            <w:pPr>
              <w:spacing w:after="0" w:line="240" w:lineRule="auto"/>
              <w:jc w:val="center"/>
            </w:pPr>
            <w:r>
              <w:rPr>
                <w:color w:val="1F2937"/>
                <w:sz w:val="16"/>
              </w:rPr>
              <w:t>Descripción del p</w:t>
            </w:r>
            <w:r w:rsidR="00000000" w:rsidRPr="00AA72B8">
              <w:rPr>
                <w:color w:val="1F2937"/>
                <w:sz w:val="16"/>
              </w:rPr>
              <w:t>roceso de elaboración o funcionamiento</w:t>
            </w:r>
          </w:p>
        </w:tc>
        <w:tc>
          <w:tcPr>
            <w:tcW w:w="7560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8B40AE3" w14:textId="77777777" w:rsidR="00F4444D" w:rsidRDefault="00F4444D">
            <w:pPr>
              <w:spacing w:after="0" w:line="240" w:lineRule="auto"/>
            </w:pPr>
          </w:p>
          <w:p w14:paraId="678619DC" w14:textId="77777777" w:rsidR="00AA72B8" w:rsidRDefault="00AA72B8">
            <w:pPr>
              <w:spacing w:after="0" w:line="240" w:lineRule="auto"/>
            </w:pPr>
          </w:p>
          <w:p w14:paraId="38D869E6" w14:textId="77777777" w:rsidR="00AA72B8" w:rsidRDefault="00AA72B8">
            <w:pPr>
              <w:spacing w:after="0" w:line="240" w:lineRule="auto"/>
            </w:pPr>
          </w:p>
          <w:p w14:paraId="3EE47C52" w14:textId="77777777" w:rsidR="00AA72B8" w:rsidRDefault="00AA72B8">
            <w:pPr>
              <w:spacing w:after="0" w:line="240" w:lineRule="auto"/>
            </w:pPr>
          </w:p>
          <w:p w14:paraId="68469CB6" w14:textId="77777777" w:rsidR="00AA72B8" w:rsidRDefault="00AA72B8">
            <w:pPr>
              <w:spacing w:after="0" w:line="240" w:lineRule="auto"/>
            </w:pPr>
          </w:p>
          <w:p w14:paraId="5939D71C" w14:textId="77777777" w:rsidR="00F13C91" w:rsidRDefault="00F13C91">
            <w:pPr>
              <w:spacing w:after="0" w:line="240" w:lineRule="auto"/>
            </w:pPr>
          </w:p>
          <w:p w14:paraId="22ACF574" w14:textId="77777777" w:rsidR="00F13C91" w:rsidRDefault="00F13C91">
            <w:pPr>
              <w:spacing w:after="0" w:line="240" w:lineRule="auto"/>
            </w:pPr>
          </w:p>
          <w:p w14:paraId="25F98DBD" w14:textId="77777777" w:rsidR="00F13C91" w:rsidRDefault="00F13C91">
            <w:pPr>
              <w:spacing w:after="0" w:line="240" w:lineRule="auto"/>
            </w:pPr>
          </w:p>
          <w:p w14:paraId="3D6E545A" w14:textId="77777777" w:rsidR="00C854B2" w:rsidRDefault="00C854B2">
            <w:pPr>
              <w:spacing w:after="0" w:line="240" w:lineRule="auto"/>
            </w:pPr>
          </w:p>
          <w:p w14:paraId="3A0EB4F0" w14:textId="77777777" w:rsidR="00C854B2" w:rsidRDefault="00C854B2">
            <w:pPr>
              <w:spacing w:after="0" w:line="240" w:lineRule="auto"/>
            </w:pPr>
          </w:p>
          <w:p w14:paraId="78F40B8E" w14:textId="77777777" w:rsidR="00C854B2" w:rsidRDefault="00C854B2">
            <w:pPr>
              <w:spacing w:after="0" w:line="240" w:lineRule="auto"/>
            </w:pPr>
          </w:p>
          <w:p w14:paraId="63F05BA1" w14:textId="77777777" w:rsidR="00C854B2" w:rsidRDefault="00C854B2">
            <w:pPr>
              <w:spacing w:after="0" w:line="240" w:lineRule="auto"/>
            </w:pPr>
          </w:p>
          <w:p w14:paraId="497E5428" w14:textId="77777777" w:rsidR="00C854B2" w:rsidRDefault="00C854B2">
            <w:pPr>
              <w:spacing w:after="0" w:line="240" w:lineRule="auto"/>
            </w:pPr>
          </w:p>
          <w:p w14:paraId="5F0133A9" w14:textId="77777777" w:rsidR="00C854B2" w:rsidRDefault="00C854B2">
            <w:pPr>
              <w:spacing w:after="0" w:line="240" w:lineRule="auto"/>
            </w:pPr>
          </w:p>
          <w:p w14:paraId="67E9C0CD" w14:textId="738DE83C" w:rsidR="00AA72B8" w:rsidRPr="00AA72B8" w:rsidRDefault="00AA72B8">
            <w:pPr>
              <w:spacing w:after="0" w:line="240" w:lineRule="auto"/>
            </w:pPr>
          </w:p>
        </w:tc>
      </w:tr>
      <w:tr w:rsidR="00F4444D" w:rsidRPr="00AA72B8" w14:paraId="6887E9E8" w14:textId="77777777">
        <w:trPr>
          <w:jc w:val="center"/>
        </w:trPr>
        <w:tc>
          <w:tcPr>
            <w:tcW w:w="295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2F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5879C0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Estrategia de comunicación o publicidad</w:t>
            </w:r>
          </w:p>
        </w:tc>
        <w:tc>
          <w:tcPr>
            <w:tcW w:w="7560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43AE71" w14:textId="4A035A75" w:rsidR="00F4444D" w:rsidRPr="00AA72B8" w:rsidRDefault="00000000" w:rsidP="00AA72B8">
            <w:pPr>
              <w:spacing w:after="0" w:line="240" w:lineRule="auto"/>
              <w:jc w:val="both"/>
            </w:pPr>
            <w:r w:rsidRPr="00AA72B8">
              <w:rPr>
                <w:color w:val="1F2937"/>
                <w:sz w:val="16"/>
              </w:rPr>
              <w:t xml:space="preserve">☐ Afiche   </w:t>
            </w:r>
            <w:r w:rsidR="00AA72B8">
              <w:rPr>
                <w:color w:val="1F2937"/>
                <w:sz w:val="16"/>
              </w:rPr>
              <w:t xml:space="preserve">     </w:t>
            </w:r>
            <w:r w:rsidRPr="00AA72B8">
              <w:rPr>
                <w:color w:val="1F2937"/>
                <w:sz w:val="16"/>
              </w:rPr>
              <w:t xml:space="preserve">☐ Video  </w:t>
            </w:r>
            <w:r w:rsidR="00AA72B8">
              <w:rPr>
                <w:color w:val="1F2937"/>
                <w:sz w:val="16"/>
              </w:rPr>
              <w:t xml:space="preserve">    </w:t>
            </w:r>
            <w:r w:rsidRPr="00AA72B8">
              <w:rPr>
                <w:color w:val="1F2937"/>
                <w:sz w:val="16"/>
              </w:rPr>
              <w:t xml:space="preserve"> ☐ Redes/QR  </w:t>
            </w:r>
            <w:r w:rsidR="00AA72B8">
              <w:rPr>
                <w:color w:val="1F2937"/>
                <w:sz w:val="16"/>
              </w:rPr>
              <w:t xml:space="preserve">    </w:t>
            </w:r>
            <w:r w:rsidRPr="00AA72B8">
              <w:rPr>
                <w:color w:val="1F2937"/>
                <w:sz w:val="16"/>
              </w:rPr>
              <w:t xml:space="preserve"> ☐ Demostración  </w:t>
            </w:r>
            <w:r w:rsidR="00AA72B8">
              <w:rPr>
                <w:color w:val="1F2937"/>
                <w:sz w:val="16"/>
              </w:rPr>
              <w:t xml:space="preserve">   </w:t>
            </w:r>
            <w:r w:rsidRPr="00AA72B8">
              <w:rPr>
                <w:color w:val="1F2937"/>
                <w:sz w:val="16"/>
              </w:rPr>
              <w:t xml:space="preserve"> ☐ Otra: __________________</w:t>
            </w:r>
          </w:p>
        </w:tc>
      </w:tr>
      <w:tr w:rsidR="00F4444D" w:rsidRPr="00AA72B8" w14:paraId="4A6B9D47" w14:textId="77777777">
        <w:trPr>
          <w:jc w:val="center"/>
        </w:trPr>
        <w:tc>
          <w:tcPr>
            <w:tcW w:w="295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2F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12566B6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Impacto social o ambiental</w:t>
            </w:r>
          </w:p>
        </w:tc>
        <w:tc>
          <w:tcPr>
            <w:tcW w:w="7560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DB67E8" w14:textId="77777777" w:rsidR="00F4444D" w:rsidRDefault="00F4444D">
            <w:pPr>
              <w:spacing w:after="0" w:line="240" w:lineRule="auto"/>
            </w:pPr>
          </w:p>
          <w:p w14:paraId="29EA1E64" w14:textId="77777777" w:rsidR="00AA72B8" w:rsidRDefault="00AA72B8">
            <w:pPr>
              <w:spacing w:after="0" w:line="240" w:lineRule="auto"/>
            </w:pPr>
          </w:p>
          <w:p w14:paraId="3916AD5B" w14:textId="77777777" w:rsidR="00AA72B8" w:rsidRDefault="00AA72B8">
            <w:pPr>
              <w:spacing w:after="0" w:line="240" w:lineRule="auto"/>
            </w:pPr>
          </w:p>
          <w:p w14:paraId="1036D6DF" w14:textId="77777777" w:rsidR="00AA72B8" w:rsidRDefault="00AA72B8">
            <w:pPr>
              <w:spacing w:after="0" w:line="240" w:lineRule="auto"/>
            </w:pPr>
          </w:p>
          <w:p w14:paraId="35F5C6D9" w14:textId="77777777" w:rsidR="00AA72B8" w:rsidRDefault="00AA72B8">
            <w:pPr>
              <w:spacing w:after="0" w:line="240" w:lineRule="auto"/>
            </w:pPr>
          </w:p>
          <w:p w14:paraId="2B178983" w14:textId="77777777" w:rsidR="00C854B2" w:rsidRDefault="00C854B2">
            <w:pPr>
              <w:spacing w:after="0" w:line="240" w:lineRule="auto"/>
            </w:pPr>
          </w:p>
          <w:p w14:paraId="52E23081" w14:textId="7DB21CA8" w:rsidR="00AA72B8" w:rsidRPr="00AA72B8" w:rsidRDefault="00AA72B8">
            <w:pPr>
              <w:spacing w:after="0" w:line="240" w:lineRule="auto"/>
            </w:pPr>
          </w:p>
        </w:tc>
      </w:tr>
      <w:tr w:rsidR="00F4444D" w:rsidRPr="00AA72B8" w14:paraId="5DF60143" w14:textId="77777777">
        <w:trPr>
          <w:jc w:val="center"/>
        </w:trPr>
        <w:tc>
          <w:tcPr>
            <w:tcW w:w="295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2F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7D9386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Posibles aliados o apoyos</w:t>
            </w:r>
          </w:p>
        </w:tc>
        <w:tc>
          <w:tcPr>
            <w:tcW w:w="7560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4BD956" w14:textId="77777777" w:rsidR="00F4444D" w:rsidRDefault="00F4444D">
            <w:pPr>
              <w:spacing w:after="0" w:line="240" w:lineRule="auto"/>
            </w:pPr>
          </w:p>
          <w:p w14:paraId="5D92B1C3" w14:textId="77777777" w:rsidR="00AA72B8" w:rsidRDefault="00AA72B8">
            <w:pPr>
              <w:spacing w:after="0" w:line="240" w:lineRule="auto"/>
            </w:pPr>
          </w:p>
          <w:p w14:paraId="75913047" w14:textId="36053DFF" w:rsidR="00AA72B8" w:rsidRPr="00AA72B8" w:rsidRDefault="00AA72B8">
            <w:pPr>
              <w:spacing w:after="0" w:line="240" w:lineRule="auto"/>
            </w:pPr>
          </w:p>
        </w:tc>
      </w:tr>
      <w:tr w:rsidR="00F4444D" w:rsidRPr="00AA72B8" w14:paraId="7E4DFA4A" w14:textId="77777777">
        <w:trPr>
          <w:gridAfter w:val="1"/>
          <w:wAfter w:w="294" w:type="dxa"/>
          <w:jc w:val="center"/>
        </w:trPr>
        <w:tc>
          <w:tcPr>
            <w:tcW w:w="10858" w:type="dxa"/>
            <w:gridSpan w:val="2"/>
            <w:tcBorders>
              <w:top w:val="single" w:sz="4" w:space="0" w:color="163A73"/>
              <w:left w:val="single" w:sz="4" w:space="0" w:color="163A73"/>
              <w:bottom w:val="single" w:sz="4" w:space="0" w:color="163A73"/>
              <w:right w:val="single" w:sz="4" w:space="0" w:color="163A73"/>
            </w:tcBorders>
            <w:shd w:val="clear" w:color="auto" w:fill="163A73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9B4FB7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b/>
                <w:color w:val="FFFFFF"/>
                <w:sz w:val="22"/>
              </w:rPr>
              <w:t>5. PRESUPUESTO BÁSICO</w:t>
            </w:r>
          </w:p>
        </w:tc>
      </w:tr>
    </w:tbl>
    <w:p w14:paraId="1087EEC8" w14:textId="77777777" w:rsidR="00F4444D" w:rsidRPr="00AA72B8" w:rsidRDefault="00F4444D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7"/>
        <w:gridCol w:w="4104"/>
        <w:gridCol w:w="1152"/>
        <w:gridCol w:w="2088"/>
        <w:gridCol w:w="2333"/>
      </w:tblGrid>
      <w:tr w:rsidR="00F4444D" w:rsidRPr="00AA72B8" w14:paraId="2977FA0A" w14:textId="77777777">
        <w:trPr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0B2E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E038E9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b/>
                <w:color w:val="FFFFFF"/>
                <w:sz w:val="16"/>
              </w:rPr>
              <w:t>N.º</w:t>
            </w:r>
          </w:p>
        </w:tc>
        <w:tc>
          <w:tcPr>
            <w:tcW w:w="410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0B2E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F41CB6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b/>
                <w:color w:val="FFFFFF"/>
                <w:sz w:val="16"/>
              </w:rPr>
              <w:t>Material o recurso</w:t>
            </w:r>
          </w:p>
        </w:tc>
        <w:tc>
          <w:tcPr>
            <w:tcW w:w="115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0B2E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FE3254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b/>
                <w:color w:val="FFFFFF"/>
                <w:sz w:val="16"/>
              </w:rPr>
              <w:t>Cantidad</w:t>
            </w:r>
          </w:p>
        </w:tc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0B2E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DDB3E9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b/>
                <w:color w:val="FFFFFF"/>
                <w:sz w:val="16"/>
              </w:rPr>
              <w:t>Costo unitario</w:t>
            </w:r>
          </w:p>
        </w:tc>
        <w:tc>
          <w:tcPr>
            <w:tcW w:w="2333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0B2E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4B9AA2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b/>
                <w:color w:val="FFFFFF"/>
                <w:sz w:val="16"/>
              </w:rPr>
              <w:t>Costo total</w:t>
            </w:r>
          </w:p>
        </w:tc>
      </w:tr>
      <w:tr w:rsidR="00F4444D" w:rsidRPr="00AA72B8" w14:paraId="523B0EF0" w14:textId="77777777">
        <w:trPr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C02C85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1</w:t>
            </w:r>
          </w:p>
        </w:tc>
        <w:tc>
          <w:tcPr>
            <w:tcW w:w="410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78E7D2" w14:textId="77777777" w:rsidR="00F4444D" w:rsidRPr="00AA72B8" w:rsidRDefault="00F4444D">
            <w:pPr>
              <w:spacing w:after="0" w:line="240" w:lineRule="auto"/>
            </w:pPr>
          </w:p>
        </w:tc>
        <w:tc>
          <w:tcPr>
            <w:tcW w:w="115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E6246B7" w14:textId="77777777" w:rsidR="00F4444D" w:rsidRPr="00AA72B8" w:rsidRDefault="00F4444D">
            <w:pPr>
              <w:spacing w:after="0" w:line="240" w:lineRule="auto"/>
            </w:pPr>
          </w:p>
        </w:tc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B3FDC1B" w14:textId="77777777" w:rsidR="00F4444D" w:rsidRPr="00AA72B8" w:rsidRDefault="00F4444D">
            <w:pPr>
              <w:spacing w:after="0" w:line="240" w:lineRule="auto"/>
            </w:pPr>
          </w:p>
        </w:tc>
        <w:tc>
          <w:tcPr>
            <w:tcW w:w="2333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EBDAF0" w14:textId="77777777" w:rsidR="00F4444D" w:rsidRPr="00AA72B8" w:rsidRDefault="00F4444D">
            <w:pPr>
              <w:spacing w:after="0" w:line="240" w:lineRule="auto"/>
            </w:pPr>
          </w:p>
        </w:tc>
      </w:tr>
      <w:tr w:rsidR="00F4444D" w:rsidRPr="00AA72B8" w14:paraId="4F5EE24D" w14:textId="77777777">
        <w:trPr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B900CD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2</w:t>
            </w:r>
          </w:p>
        </w:tc>
        <w:tc>
          <w:tcPr>
            <w:tcW w:w="410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A609CBA" w14:textId="77777777" w:rsidR="00F4444D" w:rsidRPr="00AA72B8" w:rsidRDefault="00F4444D">
            <w:pPr>
              <w:spacing w:after="0" w:line="240" w:lineRule="auto"/>
            </w:pPr>
          </w:p>
        </w:tc>
        <w:tc>
          <w:tcPr>
            <w:tcW w:w="115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6966C2" w14:textId="77777777" w:rsidR="00F4444D" w:rsidRPr="00AA72B8" w:rsidRDefault="00F4444D">
            <w:pPr>
              <w:spacing w:after="0" w:line="240" w:lineRule="auto"/>
            </w:pPr>
          </w:p>
        </w:tc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97FC7D" w14:textId="77777777" w:rsidR="00F4444D" w:rsidRPr="00AA72B8" w:rsidRDefault="00F4444D">
            <w:pPr>
              <w:spacing w:after="0" w:line="240" w:lineRule="auto"/>
            </w:pPr>
          </w:p>
        </w:tc>
        <w:tc>
          <w:tcPr>
            <w:tcW w:w="2333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BE2359" w14:textId="77777777" w:rsidR="00F4444D" w:rsidRPr="00AA72B8" w:rsidRDefault="00F4444D">
            <w:pPr>
              <w:spacing w:after="0" w:line="240" w:lineRule="auto"/>
            </w:pPr>
          </w:p>
        </w:tc>
      </w:tr>
      <w:tr w:rsidR="00F4444D" w:rsidRPr="00AA72B8" w14:paraId="71829180" w14:textId="77777777">
        <w:trPr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1C7D11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3</w:t>
            </w:r>
          </w:p>
        </w:tc>
        <w:tc>
          <w:tcPr>
            <w:tcW w:w="410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F6A788" w14:textId="77777777" w:rsidR="00F4444D" w:rsidRPr="00AA72B8" w:rsidRDefault="00F4444D">
            <w:pPr>
              <w:spacing w:after="0" w:line="240" w:lineRule="auto"/>
            </w:pPr>
          </w:p>
        </w:tc>
        <w:tc>
          <w:tcPr>
            <w:tcW w:w="115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A85C248" w14:textId="77777777" w:rsidR="00F4444D" w:rsidRPr="00AA72B8" w:rsidRDefault="00F4444D">
            <w:pPr>
              <w:spacing w:after="0" w:line="240" w:lineRule="auto"/>
            </w:pPr>
          </w:p>
        </w:tc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7B0EA4" w14:textId="77777777" w:rsidR="00F4444D" w:rsidRPr="00AA72B8" w:rsidRDefault="00F4444D">
            <w:pPr>
              <w:spacing w:after="0" w:line="240" w:lineRule="auto"/>
            </w:pPr>
          </w:p>
        </w:tc>
        <w:tc>
          <w:tcPr>
            <w:tcW w:w="2333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ED4BD1" w14:textId="77777777" w:rsidR="00F4444D" w:rsidRPr="00AA72B8" w:rsidRDefault="00F4444D">
            <w:pPr>
              <w:spacing w:after="0" w:line="240" w:lineRule="auto"/>
            </w:pPr>
          </w:p>
        </w:tc>
      </w:tr>
      <w:tr w:rsidR="00F4444D" w:rsidRPr="00AA72B8" w14:paraId="54387064" w14:textId="77777777">
        <w:trPr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14D004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4</w:t>
            </w:r>
          </w:p>
        </w:tc>
        <w:tc>
          <w:tcPr>
            <w:tcW w:w="410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E7CEE4F" w14:textId="77777777" w:rsidR="00F4444D" w:rsidRPr="00AA72B8" w:rsidRDefault="00F4444D">
            <w:pPr>
              <w:spacing w:after="0" w:line="240" w:lineRule="auto"/>
            </w:pPr>
          </w:p>
        </w:tc>
        <w:tc>
          <w:tcPr>
            <w:tcW w:w="115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CF4A21" w14:textId="77777777" w:rsidR="00F4444D" w:rsidRPr="00AA72B8" w:rsidRDefault="00F4444D">
            <w:pPr>
              <w:spacing w:after="0" w:line="240" w:lineRule="auto"/>
            </w:pPr>
          </w:p>
        </w:tc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5BB087" w14:textId="77777777" w:rsidR="00F4444D" w:rsidRPr="00AA72B8" w:rsidRDefault="00F4444D">
            <w:pPr>
              <w:spacing w:after="0" w:line="240" w:lineRule="auto"/>
            </w:pPr>
          </w:p>
        </w:tc>
        <w:tc>
          <w:tcPr>
            <w:tcW w:w="2333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88FEB08" w14:textId="77777777" w:rsidR="00F4444D" w:rsidRPr="00AA72B8" w:rsidRDefault="00F4444D">
            <w:pPr>
              <w:spacing w:after="0" w:line="240" w:lineRule="auto"/>
            </w:pPr>
          </w:p>
        </w:tc>
      </w:tr>
      <w:tr w:rsidR="00F4444D" w:rsidRPr="00AA72B8" w14:paraId="16AF1B69" w14:textId="77777777">
        <w:trPr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3C880B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5</w:t>
            </w:r>
          </w:p>
        </w:tc>
        <w:tc>
          <w:tcPr>
            <w:tcW w:w="410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3BCE0F" w14:textId="77777777" w:rsidR="00F4444D" w:rsidRPr="00AA72B8" w:rsidRDefault="00F4444D">
            <w:pPr>
              <w:spacing w:after="0" w:line="240" w:lineRule="auto"/>
            </w:pPr>
          </w:p>
        </w:tc>
        <w:tc>
          <w:tcPr>
            <w:tcW w:w="115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5CFAE8" w14:textId="77777777" w:rsidR="00F4444D" w:rsidRPr="00AA72B8" w:rsidRDefault="00F4444D">
            <w:pPr>
              <w:spacing w:after="0" w:line="240" w:lineRule="auto"/>
            </w:pPr>
          </w:p>
        </w:tc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1247A8" w14:textId="77777777" w:rsidR="00F4444D" w:rsidRPr="00AA72B8" w:rsidRDefault="00F4444D">
            <w:pPr>
              <w:spacing w:after="0" w:line="240" w:lineRule="auto"/>
            </w:pPr>
          </w:p>
        </w:tc>
        <w:tc>
          <w:tcPr>
            <w:tcW w:w="2333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53ECC6" w14:textId="77777777" w:rsidR="00F4444D" w:rsidRPr="00AA72B8" w:rsidRDefault="00F4444D">
            <w:pPr>
              <w:spacing w:after="0" w:line="240" w:lineRule="auto"/>
            </w:pPr>
          </w:p>
        </w:tc>
      </w:tr>
      <w:tr w:rsidR="00F13C91" w:rsidRPr="00AA72B8" w14:paraId="6C83CEE6" w14:textId="77777777">
        <w:trPr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93A4A1" w14:textId="7AEC4CC4" w:rsidR="00F13C91" w:rsidRPr="00AA72B8" w:rsidRDefault="00F13C91">
            <w:pPr>
              <w:spacing w:after="0" w:line="240" w:lineRule="auto"/>
              <w:rPr>
                <w:color w:val="1F2937"/>
                <w:sz w:val="16"/>
              </w:rPr>
            </w:pPr>
            <w:r>
              <w:rPr>
                <w:color w:val="1F2937"/>
                <w:sz w:val="16"/>
              </w:rPr>
              <w:t>6</w:t>
            </w:r>
          </w:p>
        </w:tc>
        <w:tc>
          <w:tcPr>
            <w:tcW w:w="410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1F8689" w14:textId="77777777" w:rsidR="00F13C91" w:rsidRPr="00AA72B8" w:rsidRDefault="00F13C91">
            <w:pPr>
              <w:spacing w:after="0" w:line="240" w:lineRule="auto"/>
            </w:pPr>
          </w:p>
        </w:tc>
        <w:tc>
          <w:tcPr>
            <w:tcW w:w="115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790BA3" w14:textId="77777777" w:rsidR="00F13C91" w:rsidRPr="00AA72B8" w:rsidRDefault="00F13C91">
            <w:pPr>
              <w:spacing w:after="0" w:line="240" w:lineRule="auto"/>
            </w:pPr>
          </w:p>
        </w:tc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C04C33" w14:textId="77777777" w:rsidR="00F13C91" w:rsidRPr="00AA72B8" w:rsidRDefault="00F13C91">
            <w:pPr>
              <w:spacing w:after="0" w:line="240" w:lineRule="auto"/>
            </w:pPr>
          </w:p>
        </w:tc>
        <w:tc>
          <w:tcPr>
            <w:tcW w:w="2333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7380E27" w14:textId="77777777" w:rsidR="00F13C91" w:rsidRPr="00AA72B8" w:rsidRDefault="00F13C91">
            <w:pPr>
              <w:spacing w:after="0" w:line="240" w:lineRule="auto"/>
            </w:pPr>
          </w:p>
        </w:tc>
      </w:tr>
      <w:tr w:rsidR="00F13C91" w:rsidRPr="00AA72B8" w14:paraId="32B5939A" w14:textId="77777777">
        <w:trPr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7C8003" w14:textId="5649E287" w:rsidR="00F13C91" w:rsidRPr="00AA72B8" w:rsidRDefault="00F13C91">
            <w:pPr>
              <w:spacing w:after="0" w:line="240" w:lineRule="auto"/>
              <w:rPr>
                <w:color w:val="1F2937"/>
                <w:sz w:val="16"/>
              </w:rPr>
            </w:pPr>
            <w:r>
              <w:rPr>
                <w:color w:val="1F2937"/>
                <w:sz w:val="16"/>
              </w:rPr>
              <w:t>7</w:t>
            </w:r>
          </w:p>
        </w:tc>
        <w:tc>
          <w:tcPr>
            <w:tcW w:w="410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47C896" w14:textId="77777777" w:rsidR="00F13C91" w:rsidRPr="00AA72B8" w:rsidRDefault="00F13C91">
            <w:pPr>
              <w:spacing w:after="0" w:line="240" w:lineRule="auto"/>
            </w:pPr>
          </w:p>
        </w:tc>
        <w:tc>
          <w:tcPr>
            <w:tcW w:w="115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E6DFA3" w14:textId="77777777" w:rsidR="00F13C91" w:rsidRPr="00AA72B8" w:rsidRDefault="00F13C91">
            <w:pPr>
              <w:spacing w:after="0" w:line="240" w:lineRule="auto"/>
            </w:pPr>
          </w:p>
        </w:tc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1E2C15" w14:textId="77777777" w:rsidR="00F13C91" w:rsidRPr="00AA72B8" w:rsidRDefault="00F13C91">
            <w:pPr>
              <w:spacing w:after="0" w:line="240" w:lineRule="auto"/>
            </w:pPr>
          </w:p>
        </w:tc>
        <w:tc>
          <w:tcPr>
            <w:tcW w:w="2333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8E007E" w14:textId="77777777" w:rsidR="00F13C91" w:rsidRPr="00AA72B8" w:rsidRDefault="00F13C91">
            <w:pPr>
              <w:spacing w:after="0" w:line="240" w:lineRule="auto"/>
            </w:pPr>
          </w:p>
        </w:tc>
      </w:tr>
      <w:tr w:rsidR="00F13C91" w:rsidRPr="00AA72B8" w14:paraId="3E9A93DB" w14:textId="77777777">
        <w:trPr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F3ED64" w14:textId="6B844176" w:rsidR="00F13C91" w:rsidRPr="00AA72B8" w:rsidRDefault="00F13C91">
            <w:pPr>
              <w:spacing w:after="0" w:line="240" w:lineRule="auto"/>
              <w:rPr>
                <w:color w:val="1F2937"/>
                <w:sz w:val="16"/>
              </w:rPr>
            </w:pPr>
            <w:r>
              <w:rPr>
                <w:color w:val="1F2937"/>
                <w:sz w:val="16"/>
              </w:rPr>
              <w:t>8</w:t>
            </w:r>
          </w:p>
        </w:tc>
        <w:tc>
          <w:tcPr>
            <w:tcW w:w="410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8E6DE4F" w14:textId="77777777" w:rsidR="00F13C91" w:rsidRPr="00AA72B8" w:rsidRDefault="00F13C91">
            <w:pPr>
              <w:spacing w:after="0" w:line="240" w:lineRule="auto"/>
            </w:pPr>
          </w:p>
        </w:tc>
        <w:tc>
          <w:tcPr>
            <w:tcW w:w="115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EB5364" w14:textId="77777777" w:rsidR="00F13C91" w:rsidRPr="00AA72B8" w:rsidRDefault="00F13C91">
            <w:pPr>
              <w:spacing w:after="0" w:line="240" w:lineRule="auto"/>
            </w:pPr>
          </w:p>
        </w:tc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EB033C" w14:textId="77777777" w:rsidR="00F13C91" w:rsidRPr="00AA72B8" w:rsidRDefault="00F13C91">
            <w:pPr>
              <w:spacing w:after="0" w:line="240" w:lineRule="auto"/>
            </w:pPr>
          </w:p>
        </w:tc>
        <w:tc>
          <w:tcPr>
            <w:tcW w:w="2333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E801D1" w14:textId="77777777" w:rsidR="00F13C91" w:rsidRPr="00AA72B8" w:rsidRDefault="00F13C91">
            <w:pPr>
              <w:spacing w:after="0" w:line="240" w:lineRule="auto"/>
            </w:pPr>
          </w:p>
        </w:tc>
      </w:tr>
      <w:tr w:rsidR="00F13C91" w:rsidRPr="00AA72B8" w14:paraId="62FE3FCA" w14:textId="77777777">
        <w:trPr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42FD28" w14:textId="4BD045B3" w:rsidR="00F13C91" w:rsidRPr="00AA72B8" w:rsidRDefault="00F13C91">
            <w:pPr>
              <w:spacing w:after="0" w:line="240" w:lineRule="auto"/>
              <w:rPr>
                <w:color w:val="1F2937"/>
                <w:sz w:val="16"/>
              </w:rPr>
            </w:pPr>
            <w:r>
              <w:rPr>
                <w:color w:val="1F2937"/>
                <w:sz w:val="16"/>
              </w:rPr>
              <w:t>9</w:t>
            </w:r>
          </w:p>
        </w:tc>
        <w:tc>
          <w:tcPr>
            <w:tcW w:w="410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F69A42" w14:textId="77777777" w:rsidR="00F13C91" w:rsidRPr="00AA72B8" w:rsidRDefault="00F13C91">
            <w:pPr>
              <w:spacing w:after="0" w:line="240" w:lineRule="auto"/>
            </w:pPr>
          </w:p>
        </w:tc>
        <w:tc>
          <w:tcPr>
            <w:tcW w:w="115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88AEB1" w14:textId="77777777" w:rsidR="00F13C91" w:rsidRPr="00AA72B8" w:rsidRDefault="00F13C91">
            <w:pPr>
              <w:spacing w:after="0" w:line="240" w:lineRule="auto"/>
            </w:pPr>
          </w:p>
        </w:tc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A29889" w14:textId="77777777" w:rsidR="00F13C91" w:rsidRPr="00AA72B8" w:rsidRDefault="00F13C91">
            <w:pPr>
              <w:spacing w:after="0" w:line="240" w:lineRule="auto"/>
            </w:pPr>
          </w:p>
        </w:tc>
        <w:tc>
          <w:tcPr>
            <w:tcW w:w="2333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C2B09C" w14:textId="77777777" w:rsidR="00F13C91" w:rsidRPr="00AA72B8" w:rsidRDefault="00F13C91">
            <w:pPr>
              <w:spacing w:after="0" w:line="240" w:lineRule="auto"/>
            </w:pPr>
          </w:p>
        </w:tc>
      </w:tr>
      <w:tr w:rsidR="00F13C91" w:rsidRPr="00AA72B8" w14:paraId="0F99B764" w14:textId="77777777">
        <w:trPr>
          <w:jc w:val="center"/>
        </w:trPr>
        <w:tc>
          <w:tcPr>
            <w:tcW w:w="547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43CAE7" w14:textId="229C280B" w:rsidR="00F13C91" w:rsidRPr="00AA72B8" w:rsidRDefault="00F13C91">
            <w:pPr>
              <w:spacing w:after="0" w:line="240" w:lineRule="auto"/>
              <w:rPr>
                <w:color w:val="1F2937"/>
                <w:sz w:val="16"/>
              </w:rPr>
            </w:pPr>
            <w:r>
              <w:rPr>
                <w:color w:val="1F2937"/>
                <w:sz w:val="16"/>
              </w:rPr>
              <w:t>10</w:t>
            </w:r>
          </w:p>
        </w:tc>
        <w:tc>
          <w:tcPr>
            <w:tcW w:w="410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CBED50" w14:textId="77777777" w:rsidR="00F13C91" w:rsidRPr="00AA72B8" w:rsidRDefault="00F13C91">
            <w:pPr>
              <w:spacing w:after="0" w:line="240" w:lineRule="auto"/>
            </w:pPr>
          </w:p>
        </w:tc>
        <w:tc>
          <w:tcPr>
            <w:tcW w:w="1152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5BF765" w14:textId="77777777" w:rsidR="00F13C91" w:rsidRPr="00AA72B8" w:rsidRDefault="00F13C91">
            <w:pPr>
              <w:spacing w:after="0" w:line="240" w:lineRule="auto"/>
            </w:pPr>
          </w:p>
        </w:tc>
        <w:tc>
          <w:tcPr>
            <w:tcW w:w="20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2EB5A9" w14:textId="77777777" w:rsidR="00F13C91" w:rsidRPr="00AA72B8" w:rsidRDefault="00F13C91">
            <w:pPr>
              <w:spacing w:after="0" w:line="240" w:lineRule="auto"/>
            </w:pPr>
          </w:p>
        </w:tc>
        <w:tc>
          <w:tcPr>
            <w:tcW w:w="2333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FBD150" w14:textId="77777777" w:rsidR="00F13C91" w:rsidRPr="00AA72B8" w:rsidRDefault="00F13C91">
            <w:pPr>
              <w:spacing w:after="0" w:line="240" w:lineRule="auto"/>
            </w:pPr>
          </w:p>
        </w:tc>
      </w:tr>
      <w:tr w:rsidR="00F4444D" w:rsidRPr="00AA72B8" w14:paraId="0BBA04A3" w14:textId="77777777">
        <w:trPr>
          <w:jc w:val="center"/>
        </w:trPr>
        <w:tc>
          <w:tcPr>
            <w:tcW w:w="7891" w:type="dxa"/>
            <w:gridSpan w:val="4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FFF4CE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BB3674" w14:textId="77777777" w:rsidR="00F4444D" w:rsidRPr="00AA72B8" w:rsidRDefault="00000000">
            <w:pPr>
              <w:spacing w:after="0" w:line="240" w:lineRule="auto"/>
              <w:jc w:val="right"/>
            </w:pPr>
            <w:r w:rsidRPr="00AA72B8">
              <w:rPr>
                <w:color w:val="1F2937"/>
                <w:sz w:val="16"/>
              </w:rPr>
              <w:t>TOTAL ESTIMADO</w:t>
            </w:r>
          </w:p>
        </w:tc>
        <w:tc>
          <w:tcPr>
            <w:tcW w:w="2333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724D987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$ __________________</w:t>
            </w:r>
          </w:p>
        </w:tc>
      </w:tr>
    </w:tbl>
    <w:p w14:paraId="7E48B448" w14:textId="77777777" w:rsidR="00F4444D" w:rsidRPr="00AA72B8" w:rsidRDefault="00000000">
      <w:pPr>
        <w:spacing w:after="0" w:line="240" w:lineRule="auto"/>
      </w:pPr>
      <w:r w:rsidRPr="00AA72B8">
        <w:rPr>
          <w:b/>
          <w:color w:val="178A45"/>
          <w:sz w:val="16"/>
        </w:rPr>
        <w:t xml:space="preserve">Nota: </w:t>
      </w:r>
      <w:r w:rsidRPr="00AA72B8">
        <w:rPr>
          <w:i/>
          <w:color w:val="1F2937"/>
          <w:sz w:val="16"/>
        </w:rPr>
        <w:t>los resultados económicos no serán el criterio principal de evaluación.</w:t>
      </w:r>
    </w:p>
    <w:p w14:paraId="4639358D" w14:textId="77777777" w:rsidR="00F4444D" w:rsidRPr="00AA72B8" w:rsidRDefault="00000000">
      <w:r w:rsidRPr="00AA72B8"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58"/>
      </w:tblGrid>
      <w:tr w:rsidR="00F4444D" w:rsidRPr="00AA72B8" w14:paraId="6D02747B" w14:textId="77777777">
        <w:trPr>
          <w:jc w:val="center"/>
        </w:trPr>
        <w:tc>
          <w:tcPr>
            <w:tcW w:w="10858" w:type="dxa"/>
            <w:tcBorders>
              <w:top w:val="single" w:sz="4" w:space="0" w:color="163A73"/>
              <w:left w:val="single" w:sz="4" w:space="0" w:color="163A73"/>
              <w:bottom w:val="single" w:sz="4" w:space="0" w:color="163A73"/>
              <w:right w:val="single" w:sz="4" w:space="0" w:color="163A73"/>
            </w:tcBorders>
            <w:shd w:val="clear" w:color="auto" w:fill="163A73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BC844C2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b/>
                <w:color w:val="FFFFFF"/>
                <w:sz w:val="22"/>
              </w:rPr>
              <w:lastRenderedPageBreak/>
              <w:t>6. TRANSVERSALIZACIÓN DE SABERES</w:t>
            </w:r>
          </w:p>
        </w:tc>
      </w:tr>
    </w:tbl>
    <w:p w14:paraId="123B80C2" w14:textId="77777777" w:rsidR="00F4444D" w:rsidRPr="00AA72B8" w:rsidRDefault="00F4444D">
      <w:pPr>
        <w:spacing w:after="0"/>
      </w:pPr>
    </w:p>
    <w:p w14:paraId="0FC73F83" w14:textId="70296BD0" w:rsidR="00F4444D" w:rsidRPr="00AA72B8" w:rsidRDefault="00000000">
      <w:pPr>
        <w:spacing w:after="80" w:line="240" w:lineRule="auto"/>
      </w:pPr>
      <w:r w:rsidRPr="00AA72B8">
        <w:rPr>
          <w:color w:val="1F2937"/>
          <w:sz w:val="17"/>
        </w:rPr>
        <w:t xml:space="preserve">Marquen </w:t>
      </w:r>
      <w:r w:rsidR="00C854B2">
        <w:rPr>
          <w:color w:val="1F2937"/>
          <w:sz w:val="17"/>
        </w:rPr>
        <w:t xml:space="preserve">con </w:t>
      </w:r>
      <w:r w:rsidR="002E5514">
        <w:rPr>
          <w:color w:val="1F2937"/>
          <w:sz w:val="17"/>
        </w:rPr>
        <w:t xml:space="preserve">X </w:t>
      </w:r>
      <w:r w:rsidRPr="00AA72B8">
        <w:rPr>
          <w:color w:val="1F2937"/>
          <w:sz w:val="17"/>
        </w:rPr>
        <w:t xml:space="preserve">las áreas que </w:t>
      </w:r>
      <w:r w:rsidR="002E5514">
        <w:rPr>
          <w:color w:val="1F2937"/>
          <w:sz w:val="17"/>
        </w:rPr>
        <w:t xml:space="preserve">se vinculan al </w:t>
      </w:r>
      <w:r w:rsidRPr="00AA72B8">
        <w:rPr>
          <w:color w:val="1F2937"/>
          <w:sz w:val="17"/>
        </w:rPr>
        <w:t xml:space="preserve">proyecto y expliquen brevemente </w:t>
      </w:r>
      <w:r w:rsidR="002E5514">
        <w:rPr>
          <w:color w:val="1F2937"/>
          <w:sz w:val="17"/>
        </w:rPr>
        <w:t>cuál es su aporte</w:t>
      </w:r>
      <w:r w:rsidRPr="00AA72B8">
        <w:rPr>
          <w:color w:val="1F2937"/>
          <w:sz w:val="17"/>
        </w:rPr>
        <w:t>.</w:t>
      </w:r>
    </w:p>
    <w:tbl>
      <w:tblPr>
        <w:tblW w:w="11151" w:type="dxa"/>
        <w:jc w:val="center"/>
        <w:tblLayout w:type="fixed"/>
        <w:tblLook w:val="04A0" w:firstRow="1" w:lastRow="0" w:firstColumn="1" w:lastColumn="0" w:noHBand="0" w:noVBand="1"/>
      </w:tblPr>
      <w:tblGrid>
        <w:gridCol w:w="714"/>
        <w:gridCol w:w="1119"/>
        <w:gridCol w:w="9025"/>
        <w:gridCol w:w="293"/>
      </w:tblGrid>
      <w:tr w:rsidR="00F4444D" w:rsidRPr="00AA72B8" w14:paraId="0DA13D2C" w14:textId="77777777" w:rsidTr="002E5514">
        <w:trPr>
          <w:jc w:val="center"/>
        </w:trPr>
        <w:tc>
          <w:tcPr>
            <w:tcW w:w="71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0B2E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DC3E6F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b/>
                <w:color w:val="FFFFFF"/>
                <w:sz w:val="16"/>
              </w:rPr>
              <w:t>Integra</w:t>
            </w:r>
          </w:p>
        </w:tc>
        <w:tc>
          <w:tcPr>
            <w:tcW w:w="111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0B2E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1540ADB" w14:textId="77777777" w:rsidR="00F4444D" w:rsidRPr="00AA72B8" w:rsidRDefault="00000000" w:rsidP="002E5514">
            <w:pPr>
              <w:spacing w:after="0" w:line="240" w:lineRule="auto"/>
              <w:jc w:val="center"/>
            </w:pPr>
            <w:r w:rsidRPr="00AA72B8">
              <w:rPr>
                <w:b/>
                <w:color w:val="FFFFFF"/>
                <w:sz w:val="16"/>
              </w:rPr>
              <w:t>Área</w:t>
            </w:r>
          </w:p>
        </w:tc>
        <w:tc>
          <w:tcPr>
            <w:tcW w:w="9318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0B2E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3147ED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b/>
                <w:color w:val="FFFFFF"/>
                <w:sz w:val="16"/>
              </w:rPr>
              <w:t>Aporte al emprendimiento</w:t>
            </w:r>
          </w:p>
        </w:tc>
      </w:tr>
      <w:tr w:rsidR="00F4444D" w:rsidRPr="00AA72B8" w14:paraId="2C055023" w14:textId="77777777" w:rsidTr="002E5514">
        <w:trPr>
          <w:trHeight w:val="518"/>
          <w:jc w:val="center"/>
        </w:trPr>
        <w:tc>
          <w:tcPr>
            <w:tcW w:w="71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B46DF0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☐</w:t>
            </w:r>
          </w:p>
        </w:tc>
        <w:tc>
          <w:tcPr>
            <w:tcW w:w="111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EA8FCB" w14:textId="77777777" w:rsidR="00F4444D" w:rsidRPr="00AA72B8" w:rsidRDefault="00000000" w:rsidP="002E5514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Matemáticas</w:t>
            </w:r>
          </w:p>
        </w:tc>
        <w:tc>
          <w:tcPr>
            <w:tcW w:w="9318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9B1F1B" w14:textId="77777777" w:rsidR="00F4444D" w:rsidRPr="00AA72B8" w:rsidRDefault="00F4444D">
            <w:pPr>
              <w:spacing w:after="0" w:line="240" w:lineRule="auto"/>
            </w:pPr>
          </w:p>
        </w:tc>
      </w:tr>
      <w:tr w:rsidR="00F4444D" w:rsidRPr="00AA72B8" w14:paraId="47594416" w14:textId="77777777" w:rsidTr="002E5514">
        <w:trPr>
          <w:trHeight w:val="518"/>
          <w:jc w:val="center"/>
        </w:trPr>
        <w:tc>
          <w:tcPr>
            <w:tcW w:w="71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E015F8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☐</w:t>
            </w:r>
          </w:p>
        </w:tc>
        <w:tc>
          <w:tcPr>
            <w:tcW w:w="111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F2F3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B7C155" w14:textId="77777777" w:rsidR="00F4444D" w:rsidRPr="00AA72B8" w:rsidRDefault="00000000" w:rsidP="002E5514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Biología</w:t>
            </w:r>
          </w:p>
        </w:tc>
        <w:tc>
          <w:tcPr>
            <w:tcW w:w="9318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F2F3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80A57C" w14:textId="77777777" w:rsidR="00F4444D" w:rsidRPr="00AA72B8" w:rsidRDefault="00F4444D">
            <w:pPr>
              <w:spacing w:after="0" w:line="240" w:lineRule="auto"/>
            </w:pPr>
          </w:p>
        </w:tc>
      </w:tr>
      <w:tr w:rsidR="00F4444D" w:rsidRPr="00AA72B8" w14:paraId="70A7CE20" w14:textId="77777777" w:rsidTr="002E5514">
        <w:trPr>
          <w:trHeight w:val="518"/>
          <w:jc w:val="center"/>
        </w:trPr>
        <w:tc>
          <w:tcPr>
            <w:tcW w:w="71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95E91E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☐</w:t>
            </w:r>
          </w:p>
        </w:tc>
        <w:tc>
          <w:tcPr>
            <w:tcW w:w="111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1CF7AC" w14:textId="77777777" w:rsidR="00F4444D" w:rsidRPr="00AA72B8" w:rsidRDefault="00000000" w:rsidP="002E5514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Química</w:t>
            </w:r>
          </w:p>
        </w:tc>
        <w:tc>
          <w:tcPr>
            <w:tcW w:w="9318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5637CE" w14:textId="77777777" w:rsidR="00F4444D" w:rsidRPr="00AA72B8" w:rsidRDefault="00F4444D">
            <w:pPr>
              <w:spacing w:after="0" w:line="240" w:lineRule="auto"/>
            </w:pPr>
          </w:p>
        </w:tc>
      </w:tr>
      <w:tr w:rsidR="00F4444D" w:rsidRPr="00AA72B8" w14:paraId="21F703E3" w14:textId="77777777" w:rsidTr="002E5514">
        <w:trPr>
          <w:trHeight w:val="518"/>
          <w:jc w:val="center"/>
        </w:trPr>
        <w:tc>
          <w:tcPr>
            <w:tcW w:w="71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9B8640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☐</w:t>
            </w:r>
          </w:p>
        </w:tc>
        <w:tc>
          <w:tcPr>
            <w:tcW w:w="111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F2F3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7A435B" w14:textId="77777777" w:rsidR="00F4444D" w:rsidRPr="00AA72B8" w:rsidRDefault="00000000" w:rsidP="002E5514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Física</w:t>
            </w:r>
          </w:p>
        </w:tc>
        <w:tc>
          <w:tcPr>
            <w:tcW w:w="9318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F2F3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76C883" w14:textId="77777777" w:rsidR="00F4444D" w:rsidRPr="00AA72B8" w:rsidRDefault="00F4444D">
            <w:pPr>
              <w:spacing w:after="0" w:line="240" w:lineRule="auto"/>
            </w:pPr>
          </w:p>
        </w:tc>
      </w:tr>
      <w:tr w:rsidR="00F4444D" w:rsidRPr="00AA72B8" w14:paraId="17084B97" w14:textId="77777777" w:rsidTr="002E5514">
        <w:trPr>
          <w:trHeight w:val="518"/>
          <w:jc w:val="center"/>
        </w:trPr>
        <w:tc>
          <w:tcPr>
            <w:tcW w:w="71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5CDB15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☐</w:t>
            </w:r>
          </w:p>
        </w:tc>
        <w:tc>
          <w:tcPr>
            <w:tcW w:w="111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4D8747" w14:textId="77777777" w:rsidR="00F4444D" w:rsidRPr="00AA72B8" w:rsidRDefault="00000000" w:rsidP="002E5514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Ciencias Sociales, Economía y Política</w:t>
            </w:r>
          </w:p>
        </w:tc>
        <w:tc>
          <w:tcPr>
            <w:tcW w:w="9318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4B6FAF" w14:textId="77777777" w:rsidR="00F4444D" w:rsidRPr="00AA72B8" w:rsidRDefault="00F4444D">
            <w:pPr>
              <w:spacing w:after="0" w:line="240" w:lineRule="auto"/>
            </w:pPr>
          </w:p>
        </w:tc>
      </w:tr>
      <w:tr w:rsidR="00F4444D" w:rsidRPr="00AA72B8" w14:paraId="7CB76322" w14:textId="77777777" w:rsidTr="002E5514">
        <w:trPr>
          <w:trHeight w:val="518"/>
          <w:jc w:val="center"/>
        </w:trPr>
        <w:tc>
          <w:tcPr>
            <w:tcW w:w="71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48B07B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☐</w:t>
            </w:r>
          </w:p>
        </w:tc>
        <w:tc>
          <w:tcPr>
            <w:tcW w:w="111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F2F3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A7233E" w14:textId="77777777" w:rsidR="00F4444D" w:rsidRPr="00AA72B8" w:rsidRDefault="00000000" w:rsidP="002E5514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Tecnología e Informática</w:t>
            </w:r>
          </w:p>
        </w:tc>
        <w:tc>
          <w:tcPr>
            <w:tcW w:w="9318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F2F3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FFE315" w14:textId="77777777" w:rsidR="00F4444D" w:rsidRPr="00AA72B8" w:rsidRDefault="00F4444D">
            <w:pPr>
              <w:spacing w:after="0" w:line="240" w:lineRule="auto"/>
            </w:pPr>
          </w:p>
        </w:tc>
      </w:tr>
      <w:tr w:rsidR="00F4444D" w:rsidRPr="00AA72B8" w14:paraId="5FAD4177" w14:textId="77777777" w:rsidTr="002E5514">
        <w:trPr>
          <w:trHeight w:val="518"/>
          <w:jc w:val="center"/>
        </w:trPr>
        <w:tc>
          <w:tcPr>
            <w:tcW w:w="71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630CA2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☐</w:t>
            </w:r>
          </w:p>
        </w:tc>
        <w:tc>
          <w:tcPr>
            <w:tcW w:w="111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E8714D" w14:textId="77777777" w:rsidR="00F4444D" w:rsidRPr="00AA72B8" w:rsidRDefault="00000000" w:rsidP="002E5514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Educación Artística</w:t>
            </w:r>
          </w:p>
        </w:tc>
        <w:tc>
          <w:tcPr>
            <w:tcW w:w="9318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4F77A2" w14:textId="77777777" w:rsidR="00F4444D" w:rsidRPr="00AA72B8" w:rsidRDefault="00F4444D">
            <w:pPr>
              <w:spacing w:after="0" w:line="240" w:lineRule="auto"/>
            </w:pPr>
          </w:p>
        </w:tc>
      </w:tr>
      <w:tr w:rsidR="00F4444D" w:rsidRPr="00AA72B8" w14:paraId="5379EE0D" w14:textId="77777777" w:rsidTr="002E5514">
        <w:trPr>
          <w:trHeight w:val="518"/>
          <w:jc w:val="center"/>
        </w:trPr>
        <w:tc>
          <w:tcPr>
            <w:tcW w:w="71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B5543D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☐</w:t>
            </w:r>
          </w:p>
        </w:tc>
        <w:tc>
          <w:tcPr>
            <w:tcW w:w="111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F2F3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6D721E" w14:textId="77777777" w:rsidR="00F4444D" w:rsidRPr="00AA72B8" w:rsidRDefault="00000000" w:rsidP="002E5514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Lengua Castellana</w:t>
            </w:r>
          </w:p>
        </w:tc>
        <w:tc>
          <w:tcPr>
            <w:tcW w:w="9318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F2F3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BFA718" w14:textId="77777777" w:rsidR="00F4444D" w:rsidRPr="00AA72B8" w:rsidRDefault="00F4444D">
            <w:pPr>
              <w:spacing w:after="0" w:line="240" w:lineRule="auto"/>
            </w:pPr>
          </w:p>
        </w:tc>
      </w:tr>
      <w:tr w:rsidR="00F4444D" w:rsidRPr="00AA72B8" w14:paraId="480AE2C6" w14:textId="77777777" w:rsidTr="002E5514">
        <w:trPr>
          <w:trHeight w:val="518"/>
          <w:jc w:val="center"/>
        </w:trPr>
        <w:tc>
          <w:tcPr>
            <w:tcW w:w="71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AE5A9E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☐</w:t>
            </w:r>
          </w:p>
        </w:tc>
        <w:tc>
          <w:tcPr>
            <w:tcW w:w="111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D721EF" w14:textId="77777777" w:rsidR="00F4444D" w:rsidRPr="00AA72B8" w:rsidRDefault="00000000" w:rsidP="002E5514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Inglés</w:t>
            </w:r>
          </w:p>
        </w:tc>
        <w:tc>
          <w:tcPr>
            <w:tcW w:w="9318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3DB30D" w14:textId="77777777" w:rsidR="00F4444D" w:rsidRPr="00AA72B8" w:rsidRDefault="00F4444D">
            <w:pPr>
              <w:spacing w:after="0" w:line="240" w:lineRule="auto"/>
            </w:pPr>
          </w:p>
        </w:tc>
      </w:tr>
      <w:tr w:rsidR="00F4444D" w:rsidRPr="00AA72B8" w14:paraId="47D4BF3E" w14:textId="77777777" w:rsidTr="002E5514">
        <w:trPr>
          <w:trHeight w:val="518"/>
          <w:jc w:val="center"/>
        </w:trPr>
        <w:tc>
          <w:tcPr>
            <w:tcW w:w="71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AA92BB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☐</w:t>
            </w:r>
          </w:p>
        </w:tc>
        <w:tc>
          <w:tcPr>
            <w:tcW w:w="111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F2F3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ECBF0BD" w14:textId="77777777" w:rsidR="00F4444D" w:rsidRPr="00AA72B8" w:rsidRDefault="00000000" w:rsidP="002E5514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Ética, Religión o Competencias Ciudadanas</w:t>
            </w:r>
          </w:p>
        </w:tc>
        <w:tc>
          <w:tcPr>
            <w:tcW w:w="9318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F2F3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DF7692" w14:textId="77777777" w:rsidR="00F4444D" w:rsidRPr="00AA72B8" w:rsidRDefault="00F4444D">
            <w:pPr>
              <w:spacing w:after="0" w:line="240" w:lineRule="auto"/>
            </w:pPr>
          </w:p>
        </w:tc>
      </w:tr>
      <w:tr w:rsidR="00F4444D" w:rsidRPr="00AA72B8" w14:paraId="3802B285" w14:textId="77777777" w:rsidTr="002E5514">
        <w:trPr>
          <w:trHeight w:val="518"/>
          <w:jc w:val="center"/>
        </w:trPr>
        <w:tc>
          <w:tcPr>
            <w:tcW w:w="71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B97F45" w14:textId="77777777" w:rsidR="00F4444D" w:rsidRPr="00AA72B8" w:rsidRDefault="00000000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☐</w:t>
            </w:r>
          </w:p>
        </w:tc>
        <w:tc>
          <w:tcPr>
            <w:tcW w:w="111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2545A6D" w14:textId="77777777" w:rsidR="00F4444D" w:rsidRPr="00AA72B8" w:rsidRDefault="00000000" w:rsidP="002E5514">
            <w:pPr>
              <w:spacing w:after="0" w:line="240" w:lineRule="auto"/>
              <w:jc w:val="center"/>
            </w:pPr>
            <w:r w:rsidRPr="00AA72B8">
              <w:rPr>
                <w:color w:val="1F2937"/>
                <w:sz w:val="15"/>
              </w:rPr>
              <w:t>Educación Física (cuando corresponda)</w:t>
            </w:r>
          </w:p>
        </w:tc>
        <w:tc>
          <w:tcPr>
            <w:tcW w:w="9318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1DD1B3" w14:textId="77777777" w:rsidR="00F4444D" w:rsidRPr="00AA72B8" w:rsidRDefault="00F4444D">
            <w:pPr>
              <w:spacing w:after="0" w:line="240" w:lineRule="auto"/>
            </w:pPr>
          </w:p>
        </w:tc>
      </w:tr>
      <w:tr w:rsidR="00F4444D" w:rsidRPr="00AA72B8" w14:paraId="16985836" w14:textId="77777777" w:rsidTr="00F13C91">
        <w:trPr>
          <w:gridAfter w:val="1"/>
          <w:wAfter w:w="293" w:type="dxa"/>
          <w:jc w:val="center"/>
        </w:trPr>
        <w:tc>
          <w:tcPr>
            <w:tcW w:w="10858" w:type="dxa"/>
            <w:gridSpan w:val="3"/>
            <w:tcBorders>
              <w:top w:val="single" w:sz="4" w:space="0" w:color="163A73"/>
              <w:left w:val="single" w:sz="4" w:space="0" w:color="163A73"/>
              <w:bottom w:val="single" w:sz="4" w:space="0" w:color="163A73"/>
              <w:right w:val="single" w:sz="4" w:space="0" w:color="163A73"/>
            </w:tcBorders>
            <w:shd w:val="clear" w:color="auto" w:fill="163A73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A8760C5" w14:textId="77777777" w:rsidR="00F4444D" w:rsidRPr="00AA72B8" w:rsidRDefault="00000000" w:rsidP="002E5514">
            <w:pPr>
              <w:spacing w:after="0" w:line="240" w:lineRule="auto"/>
              <w:jc w:val="center"/>
            </w:pPr>
            <w:r w:rsidRPr="00AA72B8">
              <w:rPr>
                <w:b/>
                <w:color w:val="FFFFFF"/>
                <w:sz w:val="22"/>
              </w:rPr>
              <w:t>7. PRESENTACIÓN PARCIAL EN INGLÉS</w:t>
            </w:r>
          </w:p>
        </w:tc>
      </w:tr>
    </w:tbl>
    <w:p w14:paraId="6D7CBFA5" w14:textId="77777777" w:rsidR="00F4444D" w:rsidRPr="00AA72B8" w:rsidRDefault="00F4444D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7690"/>
        <w:gridCol w:w="294"/>
      </w:tblGrid>
      <w:tr w:rsidR="00F4444D" w:rsidRPr="00AA72B8" w14:paraId="471961BE" w14:textId="77777777">
        <w:trPr>
          <w:jc w:val="center"/>
        </w:trPr>
        <w:tc>
          <w:tcPr>
            <w:tcW w:w="316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7E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D10756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Estudiante responsable</w:t>
            </w:r>
          </w:p>
        </w:tc>
        <w:tc>
          <w:tcPr>
            <w:tcW w:w="7344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136BC0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Nombre: ____________________________________________</w:t>
            </w:r>
          </w:p>
        </w:tc>
      </w:tr>
      <w:tr w:rsidR="00F4444D" w:rsidRPr="00AA72B8" w14:paraId="19430E7D" w14:textId="77777777">
        <w:trPr>
          <w:jc w:val="center"/>
        </w:trPr>
        <w:tc>
          <w:tcPr>
            <w:tcW w:w="316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7E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C78A52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Parte que presentará</w:t>
            </w:r>
          </w:p>
        </w:tc>
        <w:tc>
          <w:tcPr>
            <w:tcW w:w="7344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122C88" w14:textId="2D5EE248" w:rsidR="00F4444D" w:rsidRPr="00AA72B8" w:rsidRDefault="00000000" w:rsidP="002E5514">
            <w:pPr>
              <w:spacing w:after="0" w:line="240" w:lineRule="auto"/>
              <w:jc w:val="both"/>
            </w:pPr>
            <w:r w:rsidRPr="00AA72B8">
              <w:rPr>
                <w:color w:val="1F2937"/>
                <w:sz w:val="16"/>
              </w:rPr>
              <w:t xml:space="preserve">☐ Nombre e </w:t>
            </w:r>
            <w:r w:rsidR="002E5514" w:rsidRPr="00AA72B8">
              <w:rPr>
                <w:color w:val="1F2937"/>
                <w:sz w:val="16"/>
              </w:rPr>
              <w:t xml:space="preserve">iniciativa </w:t>
            </w:r>
            <w:r w:rsidR="002E5514" w:rsidRPr="00AA72B8">
              <w:rPr>
                <w:rFonts w:ascii="Segoe UI Symbol" w:hAnsi="Segoe UI Symbol" w:cs="Segoe UI Symbol"/>
                <w:color w:val="1F2937"/>
                <w:sz w:val="16"/>
              </w:rPr>
              <w:t>☐</w:t>
            </w:r>
            <w:r w:rsidRPr="00AA72B8">
              <w:rPr>
                <w:color w:val="1F2937"/>
                <w:sz w:val="16"/>
              </w:rPr>
              <w:t xml:space="preserve"> </w:t>
            </w:r>
            <w:r w:rsidR="002E5514" w:rsidRPr="00AA72B8">
              <w:rPr>
                <w:color w:val="1F2937"/>
                <w:sz w:val="16"/>
              </w:rPr>
              <w:t xml:space="preserve">Problema </w:t>
            </w:r>
            <w:r w:rsidR="002E5514" w:rsidRPr="00AA72B8">
              <w:rPr>
                <w:rFonts w:ascii="Segoe UI Symbol" w:hAnsi="Segoe UI Symbol" w:cs="Segoe UI Symbol"/>
                <w:color w:val="1F2937"/>
                <w:sz w:val="16"/>
              </w:rPr>
              <w:t>☐</w:t>
            </w:r>
            <w:r w:rsidRPr="00AA72B8">
              <w:rPr>
                <w:color w:val="1F2937"/>
                <w:sz w:val="16"/>
              </w:rPr>
              <w:t xml:space="preserve"> </w:t>
            </w:r>
            <w:r w:rsidR="002E5514" w:rsidRPr="00AA72B8">
              <w:rPr>
                <w:color w:val="1F2937"/>
                <w:sz w:val="16"/>
              </w:rPr>
              <w:t xml:space="preserve">Solución </w:t>
            </w:r>
            <w:r w:rsidR="002E5514" w:rsidRPr="00AA72B8">
              <w:rPr>
                <w:rFonts w:ascii="Segoe UI Symbol" w:hAnsi="Segoe UI Symbol" w:cs="Segoe UI Symbol"/>
                <w:color w:val="1F2937"/>
                <w:sz w:val="16"/>
              </w:rPr>
              <w:t>☐</w:t>
            </w:r>
            <w:r w:rsidRPr="00AA72B8">
              <w:rPr>
                <w:color w:val="1F2937"/>
                <w:sz w:val="16"/>
              </w:rPr>
              <w:t xml:space="preserve"> Público </w:t>
            </w:r>
            <w:r w:rsidR="002E5514" w:rsidRPr="00AA72B8">
              <w:rPr>
                <w:color w:val="1F2937"/>
                <w:sz w:val="16"/>
              </w:rPr>
              <w:t xml:space="preserve">objetivo </w:t>
            </w:r>
            <w:r w:rsidR="002E5514" w:rsidRPr="00AA72B8">
              <w:rPr>
                <w:rFonts w:ascii="Segoe UI Symbol" w:hAnsi="Segoe UI Symbol" w:cs="Segoe UI Symbol"/>
                <w:color w:val="1F2937"/>
                <w:sz w:val="16"/>
              </w:rPr>
              <w:t>☐</w:t>
            </w:r>
            <w:r w:rsidRPr="00AA72B8">
              <w:rPr>
                <w:color w:val="1F2937"/>
                <w:sz w:val="16"/>
              </w:rPr>
              <w:t xml:space="preserve"> Propuesta de </w:t>
            </w:r>
            <w:r w:rsidR="002E5514" w:rsidRPr="00AA72B8">
              <w:rPr>
                <w:color w:val="1F2937"/>
                <w:sz w:val="16"/>
              </w:rPr>
              <w:t xml:space="preserve">valor </w:t>
            </w:r>
            <w:r w:rsidR="002E5514" w:rsidRPr="00AA72B8">
              <w:rPr>
                <w:rFonts w:ascii="Segoe UI Symbol" w:hAnsi="Segoe UI Symbol" w:cs="Segoe UI Symbol"/>
                <w:color w:val="1F2937"/>
                <w:sz w:val="16"/>
              </w:rPr>
              <w:t>☐</w:t>
            </w:r>
            <w:r w:rsidRPr="00AA72B8">
              <w:rPr>
                <w:color w:val="1F2937"/>
                <w:sz w:val="16"/>
              </w:rPr>
              <w:t xml:space="preserve"> Síntesis del modelo</w:t>
            </w:r>
          </w:p>
        </w:tc>
      </w:tr>
      <w:tr w:rsidR="00F4444D" w:rsidRPr="00AA72B8" w14:paraId="52691986" w14:textId="77777777">
        <w:trPr>
          <w:jc w:val="center"/>
        </w:trPr>
        <w:tc>
          <w:tcPr>
            <w:tcW w:w="316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EAF7E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8F83EA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Idea central en inglés</w:t>
            </w:r>
          </w:p>
        </w:tc>
        <w:tc>
          <w:tcPr>
            <w:tcW w:w="7344" w:type="dxa"/>
            <w:gridSpan w:val="2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912DD2" w14:textId="77777777" w:rsidR="002E5514" w:rsidRDefault="002E5514">
            <w:pPr>
              <w:spacing w:after="0" w:line="240" w:lineRule="auto"/>
              <w:rPr>
                <w:color w:val="1F2937"/>
                <w:sz w:val="16"/>
              </w:rPr>
            </w:pPr>
          </w:p>
          <w:p w14:paraId="29CB46ED" w14:textId="77777777" w:rsidR="002E5514" w:rsidRDefault="002E5514">
            <w:pPr>
              <w:spacing w:after="0" w:line="240" w:lineRule="auto"/>
              <w:rPr>
                <w:color w:val="1F2937"/>
                <w:sz w:val="16"/>
              </w:rPr>
            </w:pPr>
          </w:p>
          <w:p w14:paraId="4729043D" w14:textId="77777777" w:rsidR="002E5514" w:rsidRDefault="002E5514">
            <w:pPr>
              <w:spacing w:after="0" w:line="240" w:lineRule="auto"/>
              <w:rPr>
                <w:color w:val="1F2937"/>
                <w:sz w:val="16"/>
              </w:rPr>
            </w:pPr>
          </w:p>
          <w:p w14:paraId="7BDC716B" w14:textId="77777777" w:rsidR="002E5514" w:rsidRDefault="002E5514">
            <w:pPr>
              <w:spacing w:after="0" w:line="240" w:lineRule="auto"/>
              <w:rPr>
                <w:color w:val="1F2937"/>
                <w:sz w:val="16"/>
              </w:rPr>
            </w:pPr>
          </w:p>
          <w:p w14:paraId="68C46BD1" w14:textId="550063E6" w:rsidR="00F4444D" w:rsidRPr="00AA72B8" w:rsidRDefault="00F4444D">
            <w:pPr>
              <w:spacing w:after="0" w:line="240" w:lineRule="auto"/>
            </w:pPr>
          </w:p>
        </w:tc>
      </w:tr>
      <w:tr w:rsidR="00F4444D" w:rsidRPr="00AA72B8" w14:paraId="4FAC3139" w14:textId="77777777">
        <w:trPr>
          <w:gridAfter w:val="1"/>
          <w:wAfter w:w="294" w:type="dxa"/>
          <w:jc w:val="center"/>
        </w:trPr>
        <w:tc>
          <w:tcPr>
            <w:tcW w:w="10858" w:type="dxa"/>
            <w:gridSpan w:val="2"/>
            <w:tcBorders>
              <w:top w:val="single" w:sz="4" w:space="0" w:color="163A73"/>
              <w:left w:val="single" w:sz="4" w:space="0" w:color="163A73"/>
              <w:bottom w:val="single" w:sz="4" w:space="0" w:color="163A73"/>
              <w:right w:val="single" w:sz="4" w:space="0" w:color="163A73"/>
            </w:tcBorders>
            <w:shd w:val="clear" w:color="auto" w:fill="163A73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5051966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b/>
                <w:color w:val="FFFFFF"/>
                <w:sz w:val="22"/>
              </w:rPr>
              <w:t>8. EVIDENCIAS DEL PROCESO QUE EL EQUIPO SE COMPROMETE A PRESENTAR</w:t>
            </w:r>
          </w:p>
        </w:tc>
      </w:tr>
    </w:tbl>
    <w:p w14:paraId="1BE94960" w14:textId="1BA3DD41" w:rsidR="00F4444D" w:rsidRPr="00AA72B8" w:rsidRDefault="007E173B">
      <w:pPr>
        <w:spacing w:after="0"/>
      </w:pPr>
      <w:r>
        <w:t>Marque con un X la (s) que vaya a proporcionar</w:t>
      </w:r>
    </w:p>
    <w:tbl>
      <w:tblPr>
        <w:tblW w:w="10858" w:type="dxa"/>
        <w:jc w:val="center"/>
        <w:tblLayout w:type="fixed"/>
        <w:tblLook w:val="04A0" w:firstRow="1" w:lastRow="0" w:firstColumn="1" w:lastColumn="0" w:noHBand="0" w:noVBand="1"/>
      </w:tblPr>
      <w:tblGrid>
        <w:gridCol w:w="5429"/>
        <w:gridCol w:w="5429"/>
      </w:tblGrid>
      <w:tr w:rsidR="00F4444D" w:rsidRPr="00AA72B8" w14:paraId="0FA033D1" w14:textId="77777777" w:rsidTr="007E173B">
        <w:trPr>
          <w:jc w:val="center"/>
        </w:trPr>
        <w:tc>
          <w:tcPr>
            <w:tcW w:w="542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B0B067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☐ Bocetos iniciales</w:t>
            </w:r>
          </w:p>
        </w:tc>
        <w:tc>
          <w:tcPr>
            <w:tcW w:w="542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6C5908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☐ Fotografías o registros de elaboración</w:t>
            </w:r>
          </w:p>
        </w:tc>
      </w:tr>
      <w:tr w:rsidR="00F4444D" w:rsidRPr="00AA72B8" w14:paraId="0F5D500A" w14:textId="77777777" w:rsidTr="007E173B">
        <w:trPr>
          <w:jc w:val="center"/>
        </w:trPr>
        <w:tc>
          <w:tcPr>
            <w:tcW w:w="542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F09D57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☐ Diario o bitácora de trabajo</w:t>
            </w:r>
          </w:p>
        </w:tc>
        <w:tc>
          <w:tcPr>
            <w:tcW w:w="542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D0BFDD" w14:textId="594F4584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☐ </w:t>
            </w:r>
            <w:r w:rsidR="00171540">
              <w:rPr>
                <w:color w:val="1F2937"/>
                <w:sz w:val="16"/>
              </w:rPr>
              <w:t>Acta de d</w:t>
            </w:r>
            <w:r w:rsidRPr="00AA72B8">
              <w:rPr>
                <w:color w:val="1F2937"/>
                <w:sz w:val="16"/>
              </w:rPr>
              <w:t>istribución de responsabilidades</w:t>
            </w:r>
          </w:p>
        </w:tc>
      </w:tr>
      <w:tr w:rsidR="00F4444D" w:rsidRPr="00AA72B8" w14:paraId="4572A537" w14:textId="77777777" w:rsidTr="007E173B">
        <w:trPr>
          <w:jc w:val="center"/>
        </w:trPr>
        <w:tc>
          <w:tcPr>
            <w:tcW w:w="542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D43F71" w14:textId="50753353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 xml:space="preserve">☐ </w:t>
            </w:r>
            <w:r w:rsidR="00171540">
              <w:rPr>
                <w:color w:val="1F2937"/>
                <w:sz w:val="16"/>
              </w:rPr>
              <w:t>D</w:t>
            </w:r>
            <w:r w:rsidRPr="00AA72B8">
              <w:rPr>
                <w:color w:val="1F2937"/>
                <w:sz w:val="16"/>
              </w:rPr>
              <w:t>ificultades y mejoras</w:t>
            </w:r>
          </w:p>
        </w:tc>
        <w:tc>
          <w:tcPr>
            <w:tcW w:w="542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92812F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☐ Fuentes de información consultadas</w:t>
            </w:r>
          </w:p>
        </w:tc>
      </w:tr>
      <w:tr w:rsidR="00F4444D" w:rsidRPr="00AA72B8" w14:paraId="359BD783" w14:textId="77777777" w:rsidTr="007E173B">
        <w:trPr>
          <w:jc w:val="center"/>
        </w:trPr>
        <w:tc>
          <w:tcPr>
            <w:tcW w:w="542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A391136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☐ Cálculos, tablas o gráficos</w:t>
            </w:r>
          </w:p>
        </w:tc>
        <w:tc>
          <w:tcPr>
            <w:tcW w:w="5429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A56237A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☐ Reflexión final sobre los aprendizajes</w:t>
            </w:r>
          </w:p>
        </w:tc>
      </w:tr>
    </w:tbl>
    <w:tbl>
      <w:tblPr>
        <w:tblpPr w:leftFromText="141" w:rightFromText="141" w:vertAnchor="text" w:horzAnchor="margin" w:tblpY="174"/>
        <w:tblW w:w="10858" w:type="dxa"/>
        <w:tblLayout w:type="fixed"/>
        <w:tblLook w:val="04A0" w:firstRow="1" w:lastRow="0" w:firstColumn="1" w:lastColumn="0" w:noHBand="0" w:noVBand="1"/>
      </w:tblPr>
      <w:tblGrid>
        <w:gridCol w:w="10858"/>
      </w:tblGrid>
      <w:tr w:rsidR="007E173B" w:rsidRPr="00AA72B8" w14:paraId="1E2A0C79" w14:textId="77777777" w:rsidTr="007E173B">
        <w:tc>
          <w:tcPr>
            <w:tcW w:w="10858" w:type="dxa"/>
            <w:tcBorders>
              <w:top w:val="single" w:sz="4" w:space="0" w:color="163A73"/>
              <w:left w:val="single" w:sz="4" w:space="0" w:color="163A73"/>
              <w:bottom w:val="single" w:sz="4" w:space="0" w:color="163A73"/>
              <w:right w:val="single" w:sz="4" w:space="0" w:color="163A73"/>
            </w:tcBorders>
            <w:shd w:val="clear" w:color="auto" w:fill="163A73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B5F32BB" w14:textId="77777777" w:rsidR="007E173B" w:rsidRPr="00AA72B8" w:rsidRDefault="007E173B" w:rsidP="007E173B">
            <w:pPr>
              <w:spacing w:after="0" w:line="240" w:lineRule="auto"/>
            </w:pPr>
            <w:r w:rsidRPr="00AA72B8">
              <w:rPr>
                <w:b/>
                <w:color w:val="FFFFFF"/>
                <w:sz w:val="22"/>
              </w:rPr>
              <w:t>9. SEGURIDAD, LEGALIDAD Y SOSTENIBILIDAD</w:t>
            </w:r>
          </w:p>
        </w:tc>
      </w:tr>
    </w:tbl>
    <w:p w14:paraId="36A78E6A" w14:textId="38AE4B66" w:rsidR="00F4444D" w:rsidRPr="00AA72B8" w:rsidRDefault="007E173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F63C5" wp14:editId="7DF3A323">
                <wp:simplePos x="0" y="0"/>
                <wp:positionH relativeFrom="column">
                  <wp:posOffset>-50800</wp:posOffset>
                </wp:positionH>
                <wp:positionV relativeFrom="paragraph">
                  <wp:posOffset>433705</wp:posOffset>
                </wp:positionV>
                <wp:extent cx="6940550" cy="1511300"/>
                <wp:effectExtent l="0" t="0" r="12700" b="12700"/>
                <wp:wrapNone/>
                <wp:docPr id="6583424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550" cy="151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9B65E0" w14:textId="2C244AF2" w:rsidR="007E173B" w:rsidRPr="007E173B" w:rsidRDefault="007E173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E173B">
                              <w:rPr>
                                <w:sz w:val="16"/>
                                <w:szCs w:val="16"/>
                              </w:rPr>
                              <w:t>Describa en pocas palabras los riesgos identificados (en la producción o uso del producto o servicio generado), las medidas de prevención, manejo de residuos, materiales reutilizados o reciclados e ingredientes alergenos (si aplica)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8F63C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4pt;margin-top:34.15pt;width:546.5pt;height:11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" fillcolor="white [3201]" strokeweight=".5pt">
                <v:textbox>
                  <w:txbxContent>
                    <w:p w14:paraId="739B65E0" w14:textId="2C244AF2" w:rsidR="007E173B" w:rsidRPr="007E173B" w:rsidRDefault="007E173B">
                      <w:pPr>
                        <w:rPr>
                          <w:sz w:val="16"/>
                          <w:szCs w:val="16"/>
                        </w:rPr>
                      </w:pPr>
                      <w:r w:rsidRPr="007E173B">
                        <w:rPr>
                          <w:sz w:val="16"/>
                          <w:szCs w:val="16"/>
                        </w:rPr>
                        <w:t>Describa en pocas palabras los riesgos identificados (en la producción o uso del producto o servicio generado), las medidas de prevención, manejo de residuos, materiales reutilizados o reciclados e ingredientes alergenos (si aplica)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00000" w:rsidRPr="00AA72B8">
        <w:br w:type="page"/>
      </w:r>
    </w:p>
    <w:p w14:paraId="18BD960E" w14:textId="77777777" w:rsidR="00F4444D" w:rsidRPr="00AA72B8" w:rsidRDefault="00F4444D">
      <w:pPr>
        <w:spacing w:after="0"/>
      </w:pPr>
    </w:p>
    <w:p w14:paraId="75149171" w14:textId="77777777" w:rsidR="00F4444D" w:rsidRPr="00AA72B8" w:rsidRDefault="00F4444D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84"/>
      </w:tblGrid>
      <w:tr w:rsidR="00F4444D" w:rsidRPr="00AA72B8" w14:paraId="297BAAC0" w14:textId="77777777">
        <w:trPr>
          <w:jc w:val="center"/>
        </w:trPr>
        <w:tc>
          <w:tcPr>
            <w:tcW w:w="10858" w:type="dxa"/>
            <w:tcBorders>
              <w:top w:val="single" w:sz="6" w:space="0" w:color="E5A700"/>
              <w:left w:val="single" w:sz="6" w:space="0" w:color="E5A700"/>
              <w:bottom w:val="single" w:sz="6" w:space="0" w:color="E5A700"/>
              <w:right w:val="single" w:sz="6" w:space="0" w:color="E5A700"/>
            </w:tcBorders>
            <w:shd w:val="clear" w:color="auto" w:fill="FFF4CE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11C88FF" w14:textId="77777777" w:rsidR="00F4444D" w:rsidRPr="00AA72B8" w:rsidRDefault="00000000">
            <w:pPr>
              <w:spacing w:after="60" w:line="240" w:lineRule="auto"/>
            </w:pPr>
            <w:r w:rsidRPr="00AA72B8">
              <w:rPr>
                <w:b/>
                <w:color w:val="0B2E64"/>
              </w:rPr>
              <w:t>Declaración del equipo:</w:t>
            </w:r>
          </w:p>
          <w:p w14:paraId="2EC07CAC" w14:textId="0BBC5DCA" w:rsidR="00F4444D" w:rsidRPr="00AA72B8" w:rsidRDefault="00000000" w:rsidP="007E173B">
            <w:pPr>
              <w:spacing w:after="0" w:line="240" w:lineRule="auto"/>
              <w:jc w:val="both"/>
            </w:pPr>
            <w:r w:rsidRPr="00AA72B8">
              <w:rPr>
                <w:color w:val="1F2937"/>
                <w:sz w:val="17"/>
              </w:rPr>
              <w:t xml:space="preserve">Confirmamos que la idea será desarrollada y presentada </w:t>
            </w:r>
            <w:r w:rsidR="007E173B">
              <w:rPr>
                <w:color w:val="1F2937"/>
                <w:sz w:val="17"/>
              </w:rPr>
              <w:t>exclusivamente</w:t>
            </w:r>
            <w:r w:rsidRPr="00AA72B8">
              <w:rPr>
                <w:color w:val="1F2937"/>
                <w:sz w:val="17"/>
              </w:rPr>
              <w:t xml:space="preserve"> por los estudiantes. Las familias podrán orientar o facilitar algunos materiales, pero no diseñarán, fabricarán, dirigirán ni presentarán el proyecto en nuestro lugar. No entregaremos propuestas compradas, encargadas a terceros o desarrolladas completamente por adultos.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58"/>
      </w:tblGrid>
      <w:tr w:rsidR="00F4444D" w:rsidRPr="00AA72B8" w14:paraId="5B4E7156" w14:textId="77777777">
        <w:trPr>
          <w:jc w:val="center"/>
        </w:trPr>
        <w:tc>
          <w:tcPr>
            <w:tcW w:w="10858" w:type="dxa"/>
            <w:tcBorders>
              <w:top w:val="single" w:sz="4" w:space="0" w:color="163A73"/>
              <w:left w:val="single" w:sz="4" w:space="0" w:color="163A73"/>
              <w:bottom w:val="single" w:sz="4" w:space="0" w:color="163A73"/>
              <w:right w:val="single" w:sz="4" w:space="0" w:color="163A73"/>
            </w:tcBorders>
            <w:shd w:val="clear" w:color="auto" w:fill="163A73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852608B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b/>
                <w:color w:val="FFFFFF"/>
                <w:sz w:val="22"/>
              </w:rPr>
              <w:t>11. COMPROMISOS Y FIRMAS</w:t>
            </w:r>
          </w:p>
        </w:tc>
      </w:tr>
    </w:tbl>
    <w:p w14:paraId="6B5EDCF6" w14:textId="77777777" w:rsidR="00F4444D" w:rsidRPr="00AA72B8" w:rsidRDefault="00F4444D">
      <w:pPr>
        <w:spacing w:after="0"/>
      </w:pPr>
    </w:p>
    <w:tbl>
      <w:tblPr>
        <w:tblW w:w="7960" w:type="dxa"/>
        <w:jc w:val="center"/>
        <w:tblLayout w:type="fixed"/>
        <w:tblLook w:val="04A0" w:firstRow="1" w:lastRow="0" w:firstColumn="1" w:lastColumn="0" w:noHBand="0" w:noVBand="1"/>
      </w:tblPr>
      <w:tblGrid>
        <w:gridCol w:w="7960"/>
      </w:tblGrid>
      <w:tr w:rsidR="00ED0C35" w:rsidRPr="00AA72B8" w14:paraId="475B48D9" w14:textId="77777777" w:rsidTr="00ED0C35">
        <w:trPr>
          <w:jc w:val="center"/>
        </w:trPr>
        <w:tc>
          <w:tcPr>
            <w:tcW w:w="7960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0B2E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4FB8B6" w14:textId="77777777" w:rsidR="00ED0C35" w:rsidRPr="00AA72B8" w:rsidRDefault="00ED0C35">
            <w:pPr>
              <w:spacing w:after="0" w:line="240" w:lineRule="auto"/>
              <w:jc w:val="center"/>
            </w:pPr>
            <w:r w:rsidRPr="00AA72B8">
              <w:rPr>
                <w:b/>
                <w:color w:val="FFFFFF"/>
                <w:sz w:val="17"/>
              </w:rPr>
              <w:t>Representante del equipo</w:t>
            </w:r>
          </w:p>
        </w:tc>
      </w:tr>
      <w:tr w:rsidR="00ED0C35" w:rsidRPr="00AA72B8" w14:paraId="1ADDA9F6" w14:textId="77777777" w:rsidTr="00ED0C35">
        <w:trPr>
          <w:jc w:val="center"/>
        </w:trPr>
        <w:tc>
          <w:tcPr>
            <w:tcW w:w="7960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48D45C" w14:textId="77777777" w:rsidR="00ED0C35" w:rsidRDefault="00ED0C35">
            <w:pPr>
              <w:spacing w:after="0" w:line="240" w:lineRule="auto"/>
              <w:rPr>
                <w:color w:val="1F2937"/>
                <w:sz w:val="16"/>
              </w:rPr>
            </w:pPr>
            <w:r w:rsidRPr="00AA72B8">
              <w:rPr>
                <w:color w:val="1F2937"/>
                <w:sz w:val="16"/>
              </w:rPr>
              <w:t xml:space="preserve">Nombre: </w:t>
            </w:r>
          </w:p>
          <w:p w14:paraId="4CCC7F34" w14:textId="77777777" w:rsidR="00ED0C35" w:rsidRDefault="00ED0C35">
            <w:pPr>
              <w:spacing w:after="0" w:line="240" w:lineRule="auto"/>
              <w:rPr>
                <w:color w:val="1F2937"/>
                <w:sz w:val="16"/>
              </w:rPr>
            </w:pPr>
          </w:p>
          <w:p w14:paraId="1406919D" w14:textId="3E2CD696" w:rsidR="00ED0C35" w:rsidRPr="00AA72B8" w:rsidRDefault="00ED0C35">
            <w:pPr>
              <w:spacing w:after="0" w:line="240" w:lineRule="auto"/>
            </w:pPr>
            <w:r>
              <w:rPr>
                <w:color w:val="1F2937"/>
                <w:sz w:val="16"/>
              </w:rPr>
              <w:t xml:space="preserve">Firma:  </w:t>
            </w:r>
          </w:p>
        </w:tc>
      </w:tr>
    </w:tbl>
    <w:p w14:paraId="19F52E89" w14:textId="77777777" w:rsidR="00F4444D" w:rsidRDefault="00F4444D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58"/>
      </w:tblGrid>
      <w:tr w:rsidR="00ED0C35" w:rsidRPr="00AA72B8" w14:paraId="798727E9" w14:textId="77777777" w:rsidTr="004D3BF1">
        <w:trPr>
          <w:jc w:val="center"/>
        </w:trPr>
        <w:tc>
          <w:tcPr>
            <w:tcW w:w="10858" w:type="dxa"/>
            <w:tcBorders>
              <w:top w:val="single" w:sz="4" w:space="0" w:color="163A73"/>
              <w:left w:val="single" w:sz="4" w:space="0" w:color="163A73"/>
              <w:bottom w:val="single" w:sz="4" w:space="0" w:color="163A73"/>
              <w:right w:val="single" w:sz="4" w:space="0" w:color="163A73"/>
            </w:tcBorders>
            <w:shd w:val="clear" w:color="auto" w:fill="163A73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B50101D" w14:textId="14D22E26" w:rsidR="00ED0C35" w:rsidRPr="00AA72B8" w:rsidRDefault="00ED0C35" w:rsidP="004D3BF1">
            <w:pPr>
              <w:spacing w:after="0" w:line="240" w:lineRule="auto"/>
            </w:pPr>
            <w:r w:rsidRPr="00AA72B8">
              <w:rPr>
                <w:b/>
                <w:color w:val="FFFFFF"/>
                <w:sz w:val="22"/>
              </w:rPr>
              <w:t>1</w:t>
            </w:r>
            <w:r>
              <w:rPr>
                <w:b/>
                <w:color w:val="FFFFFF"/>
                <w:sz w:val="22"/>
              </w:rPr>
              <w:t>2. ESPACIO EXCLUSIVO PARA LOS EVALUADORES</w:t>
            </w:r>
          </w:p>
        </w:tc>
      </w:tr>
    </w:tbl>
    <w:p w14:paraId="08F16702" w14:textId="77777777" w:rsidR="00ED0C35" w:rsidRDefault="00ED0C35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4"/>
        <w:gridCol w:w="7488"/>
      </w:tblGrid>
      <w:tr w:rsidR="00F4444D" w:rsidRPr="00AA72B8" w14:paraId="35D7A68F" w14:textId="77777777">
        <w:trPr>
          <w:jc w:val="center"/>
        </w:trPr>
        <w:tc>
          <w:tcPr>
            <w:tcW w:w="302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F2F3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E06F118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Estado de inscripción</w:t>
            </w:r>
          </w:p>
        </w:tc>
        <w:tc>
          <w:tcPr>
            <w:tcW w:w="74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5C0FD2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☐ Aprobada   ☐ Aprobada con ajustes   ☐ Pendiente</w:t>
            </w:r>
          </w:p>
        </w:tc>
      </w:tr>
      <w:tr w:rsidR="00F4444D" w:rsidRPr="00AA72B8" w14:paraId="39F90A84" w14:textId="77777777">
        <w:trPr>
          <w:jc w:val="center"/>
        </w:trPr>
        <w:tc>
          <w:tcPr>
            <w:tcW w:w="302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F2F3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D1D896D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Documentos o ajustes requeridos</w:t>
            </w:r>
          </w:p>
        </w:tc>
        <w:tc>
          <w:tcPr>
            <w:tcW w:w="74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B92319" w14:textId="77777777" w:rsidR="00F4444D" w:rsidRDefault="00F4444D">
            <w:pPr>
              <w:spacing w:after="0" w:line="240" w:lineRule="auto"/>
            </w:pPr>
          </w:p>
          <w:p w14:paraId="709F3D90" w14:textId="77777777" w:rsidR="00ED0C35" w:rsidRDefault="00ED0C35">
            <w:pPr>
              <w:spacing w:after="0" w:line="240" w:lineRule="auto"/>
            </w:pPr>
          </w:p>
          <w:p w14:paraId="24AD8E29" w14:textId="77777777" w:rsidR="00ED0C35" w:rsidRDefault="00ED0C35">
            <w:pPr>
              <w:spacing w:after="0" w:line="240" w:lineRule="auto"/>
            </w:pPr>
          </w:p>
          <w:p w14:paraId="21E0CD5A" w14:textId="77777777" w:rsidR="00ED0C35" w:rsidRDefault="00ED0C35">
            <w:pPr>
              <w:spacing w:after="0" w:line="240" w:lineRule="auto"/>
            </w:pPr>
          </w:p>
          <w:p w14:paraId="5D1A716D" w14:textId="77777777" w:rsidR="00ED0C35" w:rsidRDefault="00ED0C35">
            <w:pPr>
              <w:spacing w:after="0" w:line="240" w:lineRule="auto"/>
            </w:pPr>
          </w:p>
          <w:p w14:paraId="3BF7B749" w14:textId="77777777" w:rsidR="00ED0C35" w:rsidRDefault="00ED0C35">
            <w:pPr>
              <w:spacing w:after="0" w:line="240" w:lineRule="auto"/>
            </w:pPr>
          </w:p>
          <w:p w14:paraId="7AADF397" w14:textId="77777777" w:rsidR="00ED0C35" w:rsidRDefault="00ED0C35">
            <w:pPr>
              <w:spacing w:after="0" w:line="240" w:lineRule="auto"/>
            </w:pPr>
          </w:p>
          <w:p w14:paraId="4E234AB6" w14:textId="77777777" w:rsidR="00ED0C35" w:rsidRDefault="00ED0C35">
            <w:pPr>
              <w:spacing w:after="0" w:line="240" w:lineRule="auto"/>
            </w:pPr>
          </w:p>
          <w:p w14:paraId="0B84DC5E" w14:textId="77777777" w:rsidR="00ED0C35" w:rsidRDefault="00ED0C35">
            <w:pPr>
              <w:spacing w:after="0" w:line="240" w:lineRule="auto"/>
            </w:pPr>
          </w:p>
          <w:p w14:paraId="612DED64" w14:textId="67696D27" w:rsidR="00ED0C35" w:rsidRPr="00AA72B8" w:rsidRDefault="00ED0C35">
            <w:pPr>
              <w:spacing w:after="0" w:line="240" w:lineRule="auto"/>
            </w:pPr>
          </w:p>
        </w:tc>
      </w:tr>
      <w:tr w:rsidR="00F4444D" w:rsidRPr="00AA72B8" w14:paraId="4B22D973" w14:textId="77777777">
        <w:trPr>
          <w:jc w:val="center"/>
        </w:trPr>
        <w:tc>
          <w:tcPr>
            <w:tcW w:w="302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F2F3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154717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Observaciones</w:t>
            </w:r>
          </w:p>
        </w:tc>
        <w:tc>
          <w:tcPr>
            <w:tcW w:w="74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1D60B5" w14:textId="77777777" w:rsidR="00F4444D" w:rsidRDefault="00F4444D">
            <w:pPr>
              <w:spacing w:after="0" w:line="240" w:lineRule="auto"/>
            </w:pPr>
          </w:p>
          <w:p w14:paraId="34E83BFC" w14:textId="77777777" w:rsidR="00ED0C35" w:rsidRDefault="00ED0C35">
            <w:pPr>
              <w:spacing w:after="0" w:line="240" w:lineRule="auto"/>
            </w:pPr>
          </w:p>
          <w:p w14:paraId="02D49918" w14:textId="77777777" w:rsidR="00ED0C35" w:rsidRDefault="00ED0C35">
            <w:pPr>
              <w:spacing w:after="0" w:line="240" w:lineRule="auto"/>
            </w:pPr>
          </w:p>
          <w:p w14:paraId="2D129068" w14:textId="77777777" w:rsidR="00ED0C35" w:rsidRDefault="00ED0C35">
            <w:pPr>
              <w:spacing w:after="0" w:line="240" w:lineRule="auto"/>
            </w:pPr>
          </w:p>
          <w:p w14:paraId="2FD4021D" w14:textId="77777777" w:rsidR="00ED0C35" w:rsidRDefault="00ED0C35">
            <w:pPr>
              <w:spacing w:after="0" w:line="240" w:lineRule="auto"/>
            </w:pPr>
          </w:p>
          <w:p w14:paraId="0E207746" w14:textId="77777777" w:rsidR="00ED0C35" w:rsidRDefault="00ED0C35">
            <w:pPr>
              <w:spacing w:after="0" w:line="240" w:lineRule="auto"/>
            </w:pPr>
          </w:p>
          <w:p w14:paraId="3F674EAC" w14:textId="77777777" w:rsidR="00ED0C35" w:rsidRDefault="00ED0C35">
            <w:pPr>
              <w:spacing w:after="0" w:line="240" w:lineRule="auto"/>
            </w:pPr>
          </w:p>
          <w:p w14:paraId="0F56CA08" w14:textId="77777777" w:rsidR="00ED0C35" w:rsidRDefault="00ED0C35">
            <w:pPr>
              <w:spacing w:after="0" w:line="240" w:lineRule="auto"/>
            </w:pPr>
          </w:p>
          <w:p w14:paraId="25550EBB" w14:textId="52EE288A" w:rsidR="00ED0C35" w:rsidRPr="00AA72B8" w:rsidRDefault="00ED0C35">
            <w:pPr>
              <w:spacing w:after="0" w:line="240" w:lineRule="auto"/>
            </w:pPr>
          </w:p>
        </w:tc>
      </w:tr>
      <w:tr w:rsidR="00F4444D" w:rsidRPr="00AA72B8" w14:paraId="19624BD3" w14:textId="77777777">
        <w:trPr>
          <w:jc w:val="center"/>
        </w:trPr>
        <w:tc>
          <w:tcPr>
            <w:tcW w:w="3024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shd w:val="clear" w:color="auto" w:fill="F2F3F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FCEF7D" w14:textId="77777777" w:rsidR="00F4444D" w:rsidRPr="00AA72B8" w:rsidRDefault="00000000">
            <w:pPr>
              <w:spacing w:after="0" w:line="240" w:lineRule="auto"/>
            </w:pPr>
            <w:r w:rsidRPr="00AA72B8">
              <w:rPr>
                <w:color w:val="1F2937"/>
                <w:sz w:val="16"/>
              </w:rPr>
              <w:t>Responsable de revisión</w:t>
            </w:r>
          </w:p>
        </w:tc>
        <w:tc>
          <w:tcPr>
            <w:tcW w:w="7488" w:type="dxa"/>
            <w:tcBorders>
              <w:top w:val="single" w:sz="8" w:space="0" w:color="B8C4D6"/>
              <w:left w:val="single" w:sz="8" w:space="0" w:color="B8C4D6"/>
              <w:bottom w:val="single" w:sz="8" w:space="0" w:color="B8C4D6"/>
              <w:right w:val="single" w:sz="8" w:space="0" w:color="B8C4D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B961CA" w14:textId="77777777" w:rsidR="00ED0C35" w:rsidRDefault="00ED0C35">
            <w:pPr>
              <w:spacing w:after="0" w:line="240" w:lineRule="auto"/>
              <w:rPr>
                <w:color w:val="1F2937"/>
                <w:sz w:val="16"/>
              </w:rPr>
            </w:pPr>
          </w:p>
          <w:p w14:paraId="53399AF0" w14:textId="63F9C9A3" w:rsidR="00F4444D" w:rsidRDefault="00000000">
            <w:pPr>
              <w:spacing w:after="0" w:line="240" w:lineRule="auto"/>
              <w:rPr>
                <w:color w:val="1F2937"/>
                <w:sz w:val="16"/>
              </w:rPr>
            </w:pPr>
            <w:r w:rsidRPr="00AA72B8">
              <w:rPr>
                <w:color w:val="1F2937"/>
                <w:sz w:val="16"/>
              </w:rPr>
              <w:t>Nombre: ______________________________   Firma: ______________________________</w:t>
            </w:r>
          </w:p>
          <w:p w14:paraId="0C7C58AB" w14:textId="77777777" w:rsidR="00ED0C35" w:rsidRPr="00AA72B8" w:rsidRDefault="00ED0C35">
            <w:pPr>
              <w:spacing w:after="0" w:line="240" w:lineRule="auto"/>
            </w:pPr>
          </w:p>
        </w:tc>
      </w:tr>
    </w:tbl>
    <w:p w14:paraId="6B039DDD" w14:textId="77777777" w:rsidR="008E46B9" w:rsidRDefault="008E46B9"/>
    <w:sectPr w:rsidR="008E46B9" w:rsidSect="00F13C91">
      <w:footerReference w:type="default" r:id="rId9"/>
      <w:pgSz w:w="12240" w:h="18720" w:code="14"/>
      <w:pgMar w:top="720" w:right="720" w:bottom="720" w:left="720" w:header="288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EBE1" w14:textId="77777777" w:rsidR="008E46B9" w:rsidRPr="00AA72B8" w:rsidRDefault="008E46B9">
      <w:pPr>
        <w:spacing w:after="0" w:line="240" w:lineRule="auto"/>
      </w:pPr>
      <w:r w:rsidRPr="00AA72B8">
        <w:separator/>
      </w:r>
    </w:p>
  </w:endnote>
  <w:endnote w:type="continuationSeparator" w:id="0">
    <w:p w14:paraId="345FE1AC" w14:textId="77777777" w:rsidR="008E46B9" w:rsidRPr="00AA72B8" w:rsidRDefault="008E46B9">
      <w:pPr>
        <w:spacing w:after="0" w:line="240" w:lineRule="auto"/>
      </w:pPr>
      <w:r w:rsidRPr="00AA72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AED1A" w14:textId="77777777" w:rsidR="00F4444D" w:rsidRPr="00AA72B8" w:rsidRDefault="00000000">
    <w:pPr>
      <w:pStyle w:val="Piedepgina"/>
      <w:jc w:val="center"/>
    </w:pPr>
    <w:r w:rsidRPr="00AA72B8">
      <w:rPr>
        <w:color w:val="163A73"/>
        <w:sz w:val="14"/>
      </w:rPr>
      <w:t xml:space="preserve">LOPERENA INTEGRA Y </w:t>
    </w:r>
    <w:proofErr w:type="gramStart"/>
    <w:r w:rsidRPr="00AA72B8">
      <w:rPr>
        <w:color w:val="163A73"/>
        <w:sz w:val="14"/>
      </w:rPr>
      <w:t>EMPRENDE  |</w:t>
    </w:r>
    <w:proofErr w:type="gramEnd"/>
    <w:r w:rsidRPr="00AA72B8">
      <w:rPr>
        <w:color w:val="163A73"/>
        <w:sz w:val="14"/>
      </w:rPr>
      <w:t xml:space="preserve">  “Ideas que conectan saberes y transforman realidades”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5FBD8" w14:textId="77777777" w:rsidR="008E46B9" w:rsidRPr="00AA72B8" w:rsidRDefault="008E46B9">
      <w:pPr>
        <w:spacing w:after="0" w:line="240" w:lineRule="auto"/>
      </w:pPr>
      <w:r w:rsidRPr="00AA72B8">
        <w:separator/>
      </w:r>
    </w:p>
  </w:footnote>
  <w:footnote w:type="continuationSeparator" w:id="0">
    <w:p w14:paraId="59238FF0" w14:textId="77777777" w:rsidR="008E46B9" w:rsidRPr="00AA72B8" w:rsidRDefault="008E46B9">
      <w:pPr>
        <w:spacing w:after="0" w:line="240" w:lineRule="auto"/>
      </w:pPr>
      <w:r w:rsidRPr="00AA72B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5884305">
    <w:abstractNumId w:val="8"/>
  </w:num>
  <w:num w:numId="2" w16cid:durableId="1979530391">
    <w:abstractNumId w:val="6"/>
  </w:num>
  <w:num w:numId="3" w16cid:durableId="1827669547">
    <w:abstractNumId w:val="5"/>
  </w:num>
  <w:num w:numId="4" w16cid:durableId="1317148651">
    <w:abstractNumId w:val="4"/>
  </w:num>
  <w:num w:numId="5" w16cid:durableId="1683241772">
    <w:abstractNumId w:val="7"/>
  </w:num>
  <w:num w:numId="6" w16cid:durableId="977149813">
    <w:abstractNumId w:val="3"/>
  </w:num>
  <w:num w:numId="7" w16cid:durableId="472262215">
    <w:abstractNumId w:val="2"/>
  </w:num>
  <w:num w:numId="8" w16cid:durableId="89930721">
    <w:abstractNumId w:val="1"/>
  </w:num>
  <w:num w:numId="9" w16cid:durableId="114231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1540"/>
    <w:rsid w:val="0029639D"/>
    <w:rsid w:val="002D58B2"/>
    <w:rsid w:val="002E5514"/>
    <w:rsid w:val="00326F90"/>
    <w:rsid w:val="007E173B"/>
    <w:rsid w:val="008E46B9"/>
    <w:rsid w:val="00AA1D8D"/>
    <w:rsid w:val="00AA72B8"/>
    <w:rsid w:val="00B47730"/>
    <w:rsid w:val="00C854B2"/>
    <w:rsid w:val="00CB0664"/>
    <w:rsid w:val="00ED0C35"/>
    <w:rsid w:val="00F13C91"/>
    <w:rsid w:val="00F444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9E970F"/>
  <w14:defaultImageDpi w14:val="300"/>
  <w15:docId w15:val="{66ADE3DB-4879-476D-AD3F-8CC4649F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C35"/>
    <w:rPr>
      <w:rFonts w:ascii="Arial" w:hAnsi="Arial"/>
      <w:sz w:val="18"/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656</Words>
  <Characters>3608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Juan Carlos Palencia Perez</cp:lastModifiedBy>
  <cp:revision>3</cp:revision>
  <dcterms:created xsi:type="dcterms:W3CDTF">2026-07-16T14:28:00Z</dcterms:created>
  <dcterms:modified xsi:type="dcterms:W3CDTF">2026-07-16T14:46:00Z</dcterms:modified>
  <cp:category/>
</cp:coreProperties>
</file>